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BC438" w14:textId="159253BD" w:rsidR="00641DA1" w:rsidRDefault="00E27AF4" w:rsidP="00E27AF4">
      <w:pPr>
        <w:spacing w:after="60"/>
      </w:pPr>
      <w:r>
        <w:t xml:space="preserve">                                              </w:t>
      </w:r>
      <w:r>
        <w:br w:type="textWrapping" w:clear="all"/>
      </w:r>
    </w:p>
    <w:p w14:paraId="7A933C4E" w14:textId="1CBB8954" w:rsidR="00641DA1" w:rsidRDefault="006755AA">
      <w:pPr>
        <w:spacing w:after="0"/>
        <w:jc w:val="center"/>
      </w:pPr>
      <w:r>
        <w:rPr>
          <w:b/>
          <w:sz w:val="38"/>
        </w:rPr>
        <w:t>55</w:t>
      </w:r>
      <w:r w:rsidRPr="00E27AF4">
        <w:rPr>
          <w:b/>
          <w:sz w:val="38"/>
          <w:vertAlign w:val="superscript"/>
        </w:rPr>
        <w:t>th</w:t>
      </w:r>
      <w:r>
        <w:rPr>
          <w:b/>
          <w:sz w:val="38"/>
        </w:rPr>
        <w:t xml:space="preserve"> Symposium</w:t>
      </w:r>
    </w:p>
    <w:p w14:paraId="7D7D83BA" w14:textId="77777777" w:rsidR="00641DA1" w:rsidRDefault="006755AA">
      <w:pPr>
        <w:spacing w:after="60"/>
        <w:jc w:val="center"/>
      </w:pPr>
      <w:r>
        <w:rPr>
          <w:b/>
          <w:sz w:val="29"/>
        </w:rPr>
        <w:t>European Association for Aquatic Mammals</w:t>
      </w:r>
    </w:p>
    <w:p w14:paraId="7722831C" w14:textId="77777777" w:rsidR="00C50DFA" w:rsidRDefault="00C50DFA">
      <w:pPr>
        <w:spacing w:after="200"/>
        <w:jc w:val="center"/>
        <w:rPr>
          <w:b/>
          <w:color w:val="168BC4"/>
          <w:sz w:val="50"/>
        </w:rPr>
      </w:pPr>
      <w:r w:rsidRPr="00C50DFA">
        <w:rPr>
          <w:b/>
          <w:color w:val="168BC4"/>
          <w:sz w:val="50"/>
        </w:rPr>
        <w:t xml:space="preserve">EAAM Student Award </w:t>
      </w:r>
    </w:p>
    <w:p w14:paraId="3519B277" w14:textId="35E040CB" w:rsidR="00C50DFA" w:rsidRDefault="00C50DFA">
      <w:pPr>
        <w:spacing w:after="200"/>
        <w:jc w:val="center"/>
        <w:rPr>
          <w:b/>
          <w:color w:val="168BC4"/>
          <w:sz w:val="50"/>
        </w:rPr>
      </w:pPr>
      <w:r w:rsidRPr="00C50DFA">
        <w:rPr>
          <w:b/>
          <w:color w:val="168BC4"/>
          <w:sz w:val="50"/>
        </w:rPr>
        <w:t>and Participation Grant</w:t>
      </w:r>
    </w:p>
    <w:p w14:paraId="79ADCCAC" w14:textId="7B60368D" w:rsidR="00641DA1" w:rsidRDefault="006755AA">
      <w:pPr>
        <w:spacing w:after="200"/>
        <w:jc w:val="center"/>
        <w:rPr>
          <w:b/>
          <w:color w:val="56C5B1"/>
          <w:sz w:val="26"/>
        </w:rPr>
      </w:pPr>
      <w:r>
        <w:rPr>
          <w:b/>
          <w:color w:val="56C5B1"/>
          <w:sz w:val="26"/>
        </w:rPr>
        <w:t xml:space="preserve">Cesenatico, </w:t>
      </w:r>
      <w:r w:rsidR="009B1518">
        <w:rPr>
          <w:b/>
          <w:color w:val="56C5B1"/>
          <w:sz w:val="26"/>
        </w:rPr>
        <w:t>Italy  |</w:t>
      </w:r>
      <w:r>
        <w:rPr>
          <w:b/>
          <w:color w:val="56C5B1"/>
          <w:sz w:val="26"/>
        </w:rPr>
        <w:t xml:space="preserve">  2-5 March 2027</w:t>
      </w:r>
    </w:p>
    <w:p w14:paraId="1CC67B18" w14:textId="77777777" w:rsidR="00D527FA" w:rsidRDefault="00D527FA">
      <w:pPr>
        <w:spacing w:after="200"/>
        <w:jc w:val="center"/>
      </w:pPr>
    </w:p>
    <w:p w14:paraId="7611C9FA" w14:textId="77777777" w:rsidR="00D527FA" w:rsidRDefault="00D527FA">
      <w:pPr>
        <w:pStyle w:val="EAAMHeading2"/>
        <w:spacing w:before="140" w:after="80"/>
      </w:pPr>
    </w:p>
    <w:p w14:paraId="04C57AD4" w14:textId="2AF4D8F3" w:rsidR="00641DA1" w:rsidRDefault="00C50DFA">
      <w:pPr>
        <w:pStyle w:val="EAAMHeading2"/>
        <w:spacing w:before="140" w:after="80"/>
      </w:pPr>
      <w:r w:rsidRPr="00C50DFA">
        <w:t>Applicant Information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16"/>
        <w:gridCol w:w="5904"/>
      </w:tblGrid>
      <w:tr w:rsidR="00641DA1" w14:paraId="479D546B" w14:textId="77777777">
        <w:trPr>
          <w:cantSplit/>
          <w:jc w:val="center"/>
        </w:trPr>
        <w:tc>
          <w:tcPr>
            <w:tcW w:w="3816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4F6F7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705D668" w14:textId="15EFF176" w:rsidR="00641DA1" w:rsidRDefault="00C50DFA">
            <w:r>
              <w:rPr>
                <w:b/>
                <w:szCs w:val="24"/>
              </w:rPr>
              <w:t>Name</w:t>
            </w:r>
          </w:p>
        </w:tc>
        <w:sdt>
          <w:sdtPr>
            <w:rPr>
              <w:b/>
              <w:color w:val="8C5A00"/>
              <w:szCs w:val="24"/>
            </w:rPr>
            <w:id w:val="-978923412"/>
            <w:placeholder>
              <w:docPart w:val="DefaultPlaceholder_-1854013440"/>
            </w:placeholder>
          </w:sdtPr>
          <w:sdtContent>
            <w:tc>
              <w:tcPr>
                <w:tcW w:w="5904" w:type="dxa"/>
                <w:tcBorders>
                  <w:top w:val="single" w:sz="4" w:space="0" w:color="D8E4E9"/>
                  <w:left w:val="single" w:sz="4" w:space="0" w:color="D8E4E9"/>
                  <w:bottom w:val="single" w:sz="4" w:space="0" w:color="D8E4E9"/>
                  <w:right w:val="single" w:sz="4" w:space="0" w:color="D8E4E9"/>
                </w:tcBorders>
                <w:shd w:val="clear" w:color="auto" w:fill="FFF4D6"/>
                <w:tcMar>
                  <w:top w:w="90" w:type="dxa"/>
                  <w:left w:w="130" w:type="dxa"/>
                  <w:bottom w:w="90" w:type="dxa"/>
                  <w:right w:w="130" w:type="dxa"/>
                </w:tcMar>
                <w:vAlign w:val="center"/>
              </w:tcPr>
              <w:p w14:paraId="25FF20E2" w14:textId="4C73346C" w:rsidR="00641DA1" w:rsidRDefault="00C50DFA">
                <w:pPr>
                  <w:jc w:val="center"/>
                </w:pPr>
                <w:r>
                  <w:rPr>
                    <w:b/>
                    <w:color w:val="8C5A00"/>
                    <w:szCs w:val="24"/>
                  </w:rPr>
                  <w:t xml:space="preserve">    </w:t>
                </w:r>
              </w:p>
            </w:tc>
          </w:sdtContent>
        </w:sdt>
      </w:tr>
      <w:tr w:rsidR="00641DA1" w14:paraId="559481C7" w14:textId="77777777">
        <w:trPr>
          <w:cantSplit/>
          <w:jc w:val="center"/>
        </w:trPr>
        <w:tc>
          <w:tcPr>
            <w:tcW w:w="3816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4F6F7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9BC704C" w14:textId="24EFF329" w:rsidR="00641DA1" w:rsidRPr="00E27AF4" w:rsidRDefault="00C50DFA">
            <w:pPr>
              <w:rPr>
                <w:szCs w:val="24"/>
              </w:rPr>
            </w:pPr>
            <w:r>
              <w:rPr>
                <w:b/>
                <w:szCs w:val="24"/>
                <w:u w:val="single"/>
              </w:rPr>
              <w:t>Institution</w:t>
            </w:r>
          </w:p>
        </w:tc>
        <w:sdt>
          <w:sdtPr>
            <w:rPr>
              <w:b/>
              <w:color w:val="8C5A00"/>
              <w:szCs w:val="24"/>
            </w:rPr>
            <w:id w:val="1178929143"/>
            <w:placeholder>
              <w:docPart w:val="108C825A55B34054B63955C66C0D5088"/>
            </w:placeholder>
          </w:sdtPr>
          <w:sdtContent>
            <w:tc>
              <w:tcPr>
                <w:tcW w:w="5904" w:type="dxa"/>
                <w:tcBorders>
                  <w:top w:val="single" w:sz="4" w:space="0" w:color="D8E4E9"/>
                  <w:left w:val="single" w:sz="4" w:space="0" w:color="D8E4E9"/>
                  <w:bottom w:val="single" w:sz="4" w:space="0" w:color="D8E4E9"/>
                  <w:right w:val="single" w:sz="4" w:space="0" w:color="D8E4E9"/>
                </w:tcBorders>
                <w:shd w:val="clear" w:color="auto" w:fill="FFF4D6"/>
                <w:tcMar>
                  <w:top w:w="90" w:type="dxa"/>
                  <w:left w:w="130" w:type="dxa"/>
                  <w:bottom w:w="90" w:type="dxa"/>
                  <w:right w:w="130" w:type="dxa"/>
                </w:tcMar>
                <w:vAlign w:val="center"/>
              </w:tcPr>
              <w:p w14:paraId="4D2D153C" w14:textId="6E3586E9" w:rsidR="00641DA1" w:rsidRDefault="001E1D8D">
                <w:pPr>
                  <w:jc w:val="center"/>
                </w:pPr>
                <w:r>
                  <w:rPr>
                    <w:b/>
                    <w:color w:val="8C5A00"/>
                    <w:szCs w:val="24"/>
                  </w:rPr>
                  <w:t xml:space="preserve">    </w:t>
                </w:r>
              </w:p>
            </w:tc>
          </w:sdtContent>
        </w:sdt>
      </w:tr>
      <w:tr w:rsidR="009B1518" w14:paraId="250A2786" w14:textId="77777777">
        <w:trPr>
          <w:cantSplit/>
          <w:jc w:val="center"/>
        </w:trPr>
        <w:tc>
          <w:tcPr>
            <w:tcW w:w="3816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4F6F7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D43871C" w14:textId="48DE8384" w:rsidR="009B1518" w:rsidRPr="00E27AF4" w:rsidRDefault="00C50DFA" w:rsidP="009B1518">
            <w:pPr>
              <w:rPr>
                <w:b/>
                <w:bCs/>
                <w:color w:val="EE0000"/>
                <w:szCs w:val="20"/>
              </w:rPr>
            </w:pPr>
            <w:r>
              <w:rPr>
                <w:b/>
                <w:bCs/>
                <w:color w:val="auto"/>
                <w:szCs w:val="20"/>
              </w:rPr>
              <w:t>Department</w:t>
            </w:r>
          </w:p>
        </w:tc>
        <w:sdt>
          <w:sdtPr>
            <w:rPr>
              <w:b/>
              <w:color w:val="8C5A00"/>
              <w:szCs w:val="24"/>
            </w:rPr>
            <w:id w:val="-1351029392"/>
            <w:placeholder>
              <w:docPart w:val="8F43AC709F054F748E7A045C2DCE5046"/>
            </w:placeholder>
          </w:sdtPr>
          <w:sdtContent>
            <w:tc>
              <w:tcPr>
                <w:tcW w:w="5904" w:type="dxa"/>
                <w:tcBorders>
                  <w:top w:val="single" w:sz="4" w:space="0" w:color="D8E4E9"/>
                  <w:left w:val="single" w:sz="4" w:space="0" w:color="D8E4E9"/>
                  <w:bottom w:val="single" w:sz="4" w:space="0" w:color="D8E4E9"/>
                  <w:right w:val="single" w:sz="4" w:space="0" w:color="D8E4E9"/>
                </w:tcBorders>
                <w:shd w:val="clear" w:color="auto" w:fill="FFF4D6"/>
                <w:tcMar>
                  <w:top w:w="90" w:type="dxa"/>
                  <w:left w:w="130" w:type="dxa"/>
                  <w:bottom w:w="90" w:type="dxa"/>
                  <w:right w:w="130" w:type="dxa"/>
                </w:tcMar>
                <w:vAlign w:val="center"/>
              </w:tcPr>
              <w:p w14:paraId="62A31283" w14:textId="2408B617" w:rsidR="009B1518" w:rsidRDefault="001E1D8D" w:rsidP="009B1518">
                <w:pPr>
                  <w:jc w:val="center"/>
                </w:pPr>
                <w:r>
                  <w:rPr>
                    <w:b/>
                    <w:color w:val="8C5A00"/>
                    <w:szCs w:val="24"/>
                  </w:rPr>
                  <w:t xml:space="preserve">    </w:t>
                </w:r>
              </w:p>
            </w:tc>
          </w:sdtContent>
        </w:sdt>
      </w:tr>
      <w:tr w:rsidR="00C50DFA" w14:paraId="5A94B21A" w14:textId="77777777">
        <w:trPr>
          <w:cantSplit/>
          <w:jc w:val="center"/>
        </w:trPr>
        <w:tc>
          <w:tcPr>
            <w:tcW w:w="3816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4F6F7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F6A3063" w14:textId="30F0E758" w:rsidR="00C50DFA" w:rsidRDefault="00C50DFA" w:rsidP="009B1518">
            <w:pPr>
              <w:rPr>
                <w:b/>
                <w:bCs/>
                <w:color w:val="auto"/>
                <w:szCs w:val="20"/>
              </w:rPr>
            </w:pPr>
            <w:r>
              <w:rPr>
                <w:b/>
                <w:bCs/>
                <w:color w:val="auto"/>
                <w:szCs w:val="20"/>
              </w:rPr>
              <w:t>Email</w:t>
            </w:r>
          </w:p>
        </w:tc>
        <w:sdt>
          <w:sdtPr>
            <w:rPr>
              <w:b/>
              <w:color w:val="8C5A00"/>
              <w:szCs w:val="24"/>
            </w:rPr>
            <w:id w:val="1485734854"/>
            <w:placeholder>
              <w:docPart w:val="71918BF0372D47A89BA7028C531D7FDB"/>
            </w:placeholder>
          </w:sdtPr>
          <w:sdtContent>
            <w:tc>
              <w:tcPr>
                <w:tcW w:w="5904" w:type="dxa"/>
                <w:tcBorders>
                  <w:top w:val="single" w:sz="4" w:space="0" w:color="D8E4E9"/>
                  <w:left w:val="single" w:sz="4" w:space="0" w:color="D8E4E9"/>
                  <w:bottom w:val="single" w:sz="4" w:space="0" w:color="D8E4E9"/>
                  <w:right w:val="single" w:sz="4" w:space="0" w:color="D8E4E9"/>
                </w:tcBorders>
                <w:shd w:val="clear" w:color="auto" w:fill="FFF4D6"/>
                <w:tcMar>
                  <w:top w:w="90" w:type="dxa"/>
                  <w:left w:w="130" w:type="dxa"/>
                  <w:bottom w:w="90" w:type="dxa"/>
                  <w:right w:w="130" w:type="dxa"/>
                </w:tcMar>
                <w:vAlign w:val="center"/>
              </w:tcPr>
              <w:p w14:paraId="77CEFB89" w14:textId="4E64D6C8" w:rsidR="00C50DFA" w:rsidRDefault="001E1D8D" w:rsidP="009B1518">
                <w:pPr>
                  <w:jc w:val="center"/>
                  <w:rPr>
                    <w:b/>
                    <w:color w:val="8C5A00"/>
                    <w:sz w:val="19"/>
                  </w:rPr>
                </w:pPr>
                <w:r>
                  <w:rPr>
                    <w:b/>
                    <w:color w:val="8C5A00"/>
                    <w:szCs w:val="24"/>
                  </w:rPr>
                  <w:t xml:space="preserve">    </w:t>
                </w:r>
              </w:p>
            </w:tc>
          </w:sdtContent>
        </w:sdt>
      </w:tr>
      <w:tr w:rsidR="00C50DFA" w14:paraId="48ECE32E" w14:textId="77777777">
        <w:trPr>
          <w:cantSplit/>
          <w:jc w:val="center"/>
        </w:trPr>
        <w:tc>
          <w:tcPr>
            <w:tcW w:w="3816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4F6F7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7FD46C9" w14:textId="6FC68927" w:rsidR="00C50DFA" w:rsidRDefault="00C50DFA" w:rsidP="009B1518">
            <w:pPr>
              <w:rPr>
                <w:b/>
                <w:bCs/>
                <w:color w:val="auto"/>
                <w:szCs w:val="20"/>
              </w:rPr>
            </w:pPr>
            <w:r>
              <w:rPr>
                <w:b/>
                <w:bCs/>
                <w:color w:val="auto"/>
                <w:szCs w:val="20"/>
              </w:rPr>
              <w:t>Current year of PhD study</w:t>
            </w:r>
          </w:p>
        </w:tc>
        <w:sdt>
          <w:sdtPr>
            <w:rPr>
              <w:b/>
              <w:color w:val="8C5A00"/>
              <w:szCs w:val="24"/>
            </w:rPr>
            <w:id w:val="1715532674"/>
            <w:placeholder>
              <w:docPart w:val="75C9829693E54998BA3098A409374EDC"/>
            </w:placeholder>
          </w:sdtPr>
          <w:sdtContent>
            <w:tc>
              <w:tcPr>
                <w:tcW w:w="5904" w:type="dxa"/>
                <w:tcBorders>
                  <w:top w:val="single" w:sz="4" w:space="0" w:color="D8E4E9"/>
                  <w:left w:val="single" w:sz="4" w:space="0" w:color="D8E4E9"/>
                  <w:bottom w:val="single" w:sz="4" w:space="0" w:color="D8E4E9"/>
                  <w:right w:val="single" w:sz="4" w:space="0" w:color="D8E4E9"/>
                </w:tcBorders>
                <w:shd w:val="clear" w:color="auto" w:fill="FFF4D6"/>
                <w:tcMar>
                  <w:top w:w="90" w:type="dxa"/>
                  <w:left w:w="130" w:type="dxa"/>
                  <w:bottom w:w="90" w:type="dxa"/>
                  <w:right w:w="130" w:type="dxa"/>
                </w:tcMar>
                <w:vAlign w:val="center"/>
              </w:tcPr>
              <w:p w14:paraId="4A9172C6" w14:textId="1D4AD84E" w:rsidR="00C50DFA" w:rsidRDefault="001E1D8D" w:rsidP="009B1518">
                <w:pPr>
                  <w:jc w:val="center"/>
                  <w:rPr>
                    <w:b/>
                    <w:color w:val="8C5A00"/>
                    <w:sz w:val="19"/>
                  </w:rPr>
                </w:pPr>
                <w:r>
                  <w:rPr>
                    <w:b/>
                    <w:color w:val="8C5A00"/>
                    <w:szCs w:val="24"/>
                  </w:rPr>
                  <w:t xml:space="preserve">    </w:t>
                </w:r>
              </w:p>
            </w:tc>
          </w:sdtContent>
        </w:sdt>
      </w:tr>
      <w:tr w:rsidR="00C50DFA" w14:paraId="51D714E5" w14:textId="77777777">
        <w:trPr>
          <w:cantSplit/>
          <w:jc w:val="center"/>
        </w:trPr>
        <w:tc>
          <w:tcPr>
            <w:tcW w:w="3816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4F6F7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D429864" w14:textId="47531F60" w:rsidR="00C50DFA" w:rsidRDefault="00C50DFA" w:rsidP="009B1518">
            <w:pPr>
              <w:rPr>
                <w:b/>
                <w:bCs/>
                <w:color w:val="auto"/>
                <w:szCs w:val="20"/>
              </w:rPr>
            </w:pPr>
            <w:r>
              <w:rPr>
                <w:b/>
                <w:bCs/>
                <w:color w:val="auto"/>
                <w:szCs w:val="20"/>
              </w:rPr>
              <w:t>Expected PhD completion date</w:t>
            </w:r>
          </w:p>
        </w:tc>
        <w:sdt>
          <w:sdtPr>
            <w:rPr>
              <w:b/>
              <w:color w:val="8C5A00"/>
              <w:szCs w:val="24"/>
            </w:rPr>
            <w:id w:val="636142612"/>
            <w:placeholder>
              <w:docPart w:val="C166BDCE631040309B23DBF79CD36153"/>
            </w:placeholder>
          </w:sdtPr>
          <w:sdtContent>
            <w:tc>
              <w:tcPr>
                <w:tcW w:w="5904" w:type="dxa"/>
                <w:tcBorders>
                  <w:top w:val="single" w:sz="4" w:space="0" w:color="D8E4E9"/>
                  <w:left w:val="single" w:sz="4" w:space="0" w:color="D8E4E9"/>
                  <w:bottom w:val="single" w:sz="4" w:space="0" w:color="D8E4E9"/>
                  <w:right w:val="single" w:sz="4" w:space="0" w:color="D8E4E9"/>
                </w:tcBorders>
                <w:shd w:val="clear" w:color="auto" w:fill="FFF4D6"/>
                <w:tcMar>
                  <w:top w:w="90" w:type="dxa"/>
                  <w:left w:w="130" w:type="dxa"/>
                  <w:bottom w:w="90" w:type="dxa"/>
                  <w:right w:w="130" w:type="dxa"/>
                </w:tcMar>
                <w:vAlign w:val="center"/>
              </w:tcPr>
              <w:p w14:paraId="0EDD10B8" w14:textId="4AC4E4FA" w:rsidR="00C50DFA" w:rsidRDefault="001E1D8D" w:rsidP="009B1518">
                <w:pPr>
                  <w:jc w:val="center"/>
                  <w:rPr>
                    <w:b/>
                    <w:color w:val="8C5A00"/>
                    <w:sz w:val="19"/>
                  </w:rPr>
                </w:pPr>
                <w:r>
                  <w:rPr>
                    <w:b/>
                    <w:color w:val="8C5A00"/>
                    <w:szCs w:val="24"/>
                  </w:rPr>
                  <w:t xml:space="preserve">    </w:t>
                </w:r>
              </w:p>
            </w:tc>
          </w:sdtContent>
        </w:sdt>
      </w:tr>
      <w:tr w:rsidR="001E1D8D" w14:paraId="557019CA" w14:textId="77777777" w:rsidTr="00084170">
        <w:trPr>
          <w:cantSplit/>
          <w:jc w:val="center"/>
        </w:trPr>
        <w:tc>
          <w:tcPr>
            <w:tcW w:w="3816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4F6F7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ADAC70A" w14:textId="77777777" w:rsidR="001E1D8D" w:rsidRDefault="001E1D8D" w:rsidP="00084170">
            <w:pPr>
              <w:rPr>
                <w:b/>
                <w:bCs/>
                <w:color w:val="auto"/>
                <w:szCs w:val="20"/>
              </w:rPr>
            </w:pPr>
            <w:r>
              <w:rPr>
                <w:b/>
                <w:bCs/>
                <w:color w:val="auto"/>
                <w:szCs w:val="20"/>
              </w:rPr>
              <w:t>Title of submitted abstract</w:t>
            </w:r>
          </w:p>
        </w:tc>
        <w:sdt>
          <w:sdtPr>
            <w:rPr>
              <w:b/>
              <w:color w:val="8C5A00"/>
              <w:szCs w:val="24"/>
            </w:rPr>
            <w:id w:val="594372638"/>
            <w:placeholder>
              <w:docPart w:val="575C9BA1F106462AA95EE6D741A04A16"/>
            </w:placeholder>
          </w:sdtPr>
          <w:sdtContent>
            <w:tc>
              <w:tcPr>
                <w:tcW w:w="5904" w:type="dxa"/>
                <w:tcBorders>
                  <w:top w:val="single" w:sz="4" w:space="0" w:color="D8E4E9"/>
                  <w:left w:val="single" w:sz="4" w:space="0" w:color="D8E4E9"/>
                  <w:bottom w:val="single" w:sz="4" w:space="0" w:color="D8E4E9"/>
                  <w:right w:val="single" w:sz="4" w:space="0" w:color="D8E4E9"/>
                </w:tcBorders>
                <w:shd w:val="clear" w:color="auto" w:fill="FFF4D6"/>
                <w:tcMar>
                  <w:top w:w="90" w:type="dxa"/>
                  <w:left w:w="130" w:type="dxa"/>
                  <w:bottom w:w="90" w:type="dxa"/>
                  <w:right w:w="130" w:type="dxa"/>
                </w:tcMar>
                <w:vAlign w:val="center"/>
              </w:tcPr>
              <w:p w14:paraId="4612AC7D" w14:textId="77777777" w:rsidR="001E1D8D" w:rsidRDefault="001E1D8D" w:rsidP="00084170">
                <w:pPr>
                  <w:jc w:val="center"/>
                  <w:rPr>
                    <w:b/>
                    <w:color w:val="8C5A00"/>
                    <w:sz w:val="19"/>
                  </w:rPr>
                </w:pPr>
                <w:r>
                  <w:rPr>
                    <w:b/>
                    <w:color w:val="8C5A00"/>
                    <w:szCs w:val="24"/>
                  </w:rPr>
                  <w:t xml:space="preserve">    </w:t>
                </w:r>
              </w:p>
            </w:tc>
          </w:sdtContent>
        </w:sdt>
      </w:tr>
      <w:tr w:rsidR="00C50DFA" w14:paraId="5E635C57" w14:textId="77777777">
        <w:trPr>
          <w:cantSplit/>
          <w:jc w:val="center"/>
        </w:trPr>
        <w:tc>
          <w:tcPr>
            <w:tcW w:w="3816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4F6F7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001962C" w14:textId="7467789E" w:rsidR="00C50DFA" w:rsidRDefault="001E1D8D" w:rsidP="009B1518">
            <w:pPr>
              <w:rPr>
                <w:b/>
                <w:bCs/>
                <w:color w:val="auto"/>
                <w:szCs w:val="20"/>
              </w:rPr>
            </w:pPr>
            <w:r>
              <w:rPr>
                <w:b/>
                <w:bCs/>
                <w:color w:val="auto"/>
                <w:szCs w:val="20"/>
              </w:rPr>
              <w:t>Signature</w:t>
            </w:r>
          </w:p>
        </w:tc>
        <w:sdt>
          <w:sdtPr>
            <w:rPr>
              <w:b/>
              <w:color w:val="8C5A00"/>
              <w:szCs w:val="24"/>
            </w:rPr>
            <w:id w:val="-36512112"/>
            <w:placeholder>
              <w:docPart w:val="90BF672BB66542628670E76A924CCD01"/>
            </w:placeholder>
          </w:sdtPr>
          <w:sdtContent>
            <w:tc>
              <w:tcPr>
                <w:tcW w:w="5904" w:type="dxa"/>
                <w:tcBorders>
                  <w:top w:val="single" w:sz="4" w:space="0" w:color="D8E4E9"/>
                  <w:left w:val="single" w:sz="4" w:space="0" w:color="D8E4E9"/>
                  <w:bottom w:val="single" w:sz="4" w:space="0" w:color="D8E4E9"/>
                  <w:right w:val="single" w:sz="4" w:space="0" w:color="D8E4E9"/>
                </w:tcBorders>
                <w:shd w:val="clear" w:color="auto" w:fill="FFF4D6"/>
                <w:tcMar>
                  <w:top w:w="90" w:type="dxa"/>
                  <w:left w:w="130" w:type="dxa"/>
                  <w:bottom w:w="90" w:type="dxa"/>
                  <w:right w:w="130" w:type="dxa"/>
                </w:tcMar>
                <w:vAlign w:val="center"/>
              </w:tcPr>
              <w:p w14:paraId="6C2B0E88" w14:textId="77777777" w:rsidR="001E1D8D" w:rsidRDefault="001E1D8D" w:rsidP="009B1518">
                <w:pPr>
                  <w:jc w:val="center"/>
                  <w:rPr>
                    <w:b/>
                    <w:color w:val="8C5A00"/>
                    <w:szCs w:val="24"/>
                  </w:rPr>
                </w:pPr>
              </w:p>
              <w:p w14:paraId="364B211D" w14:textId="77777777" w:rsidR="001E1D8D" w:rsidRDefault="001E1D8D" w:rsidP="009B1518">
                <w:pPr>
                  <w:jc w:val="center"/>
                  <w:rPr>
                    <w:b/>
                    <w:color w:val="8C5A00"/>
                    <w:szCs w:val="24"/>
                  </w:rPr>
                </w:pPr>
              </w:p>
              <w:p w14:paraId="07EB0675" w14:textId="1189BD2C" w:rsidR="00C50DFA" w:rsidRDefault="001E1D8D" w:rsidP="009B1518">
                <w:pPr>
                  <w:jc w:val="center"/>
                  <w:rPr>
                    <w:b/>
                    <w:color w:val="8C5A00"/>
                    <w:sz w:val="19"/>
                  </w:rPr>
                </w:pPr>
                <w:r>
                  <w:rPr>
                    <w:b/>
                    <w:color w:val="8C5A00"/>
                    <w:szCs w:val="24"/>
                  </w:rPr>
                  <w:t xml:space="preserve">    </w:t>
                </w:r>
              </w:p>
            </w:tc>
          </w:sdtContent>
        </w:sdt>
      </w:tr>
    </w:tbl>
    <w:p w14:paraId="1A36BE2E" w14:textId="77777777" w:rsidR="00D527FA" w:rsidRDefault="00D527FA">
      <w:pPr>
        <w:pStyle w:val="EAAMHeading2"/>
        <w:spacing w:before="140" w:after="80"/>
      </w:pPr>
    </w:p>
    <w:p w14:paraId="119B03CB" w14:textId="064FE2F9" w:rsidR="00641DA1" w:rsidRDefault="00C50DFA">
      <w:pPr>
        <w:pStyle w:val="EAAMHeading2"/>
        <w:spacing w:before="140" w:after="80"/>
      </w:pPr>
      <w:r w:rsidRPr="00C50DFA">
        <w:t>Candidate</w:t>
      </w:r>
      <w:r>
        <w:t xml:space="preserve"> Declaration</w:t>
      </w:r>
    </w:p>
    <w:p w14:paraId="28683852" w14:textId="0E9391E2" w:rsidR="00C50DFA" w:rsidRPr="00C50DFA" w:rsidRDefault="00C50DFA" w:rsidP="00C50DFA">
      <w:pPr>
        <w:spacing w:after="160"/>
        <w:rPr>
          <w:lang w:val="en-GB"/>
        </w:rPr>
      </w:pPr>
      <w:r w:rsidRPr="001C3F7F">
        <w:rPr>
          <w:lang w:val="en-GB"/>
        </w:rPr>
        <w:t>I hereby declare that:</w:t>
      </w:r>
    </w:p>
    <w:p w14:paraId="557E257A" w14:textId="77777777" w:rsidR="00C50DFA" w:rsidRDefault="00000000" w:rsidP="001E1D8D">
      <w:pPr>
        <w:pStyle w:val="EAAMHeading2"/>
        <w:spacing w:after="0" w:line="240" w:lineRule="auto"/>
        <w:rPr>
          <w:rFonts w:cs="Arial"/>
          <w:b w:val="0"/>
          <w:bCs/>
          <w:color w:val="auto"/>
          <w:sz w:val="20"/>
          <w:szCs w:val="20"/>
          <w:lang w:val="en-GB"/>
        </w:rPr>
      </w:pPr>
      <w:sdt>
        <w:sdtPr>
          <w:rPr>
            <w:rFonts w:cs="Arial"/>
            <w:b w:val="0"/>
            <w:bCs/>
            <w:szCs w:val="28"/>
          </w:rPr>
          <w:id w:val="-1432042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0DFA" w:rsidRPr="00C50DFA">
            <w:rPr>
              <w:rFonts w:ascii="MS Gothic" w:eastAsia="MS Gothic" w:hAnsi="MS Gothic" w:cs="Arial" w:hint="eastAsia"/>
              <w:b w:val="0"/>
              <w:bCs/>
              <w:szCs w:val="28"/>
            </w:rPr>
            <w:t>☐</w:t>
          </w:r>
        </w:sdtContent>
      </w:sdt>
      <w:r w:rsidR="00C50DFA">
        <w:rPr>
          <w:rFonts w:cs="Arial"/>
          <w:b w:val="0"/>
          <w:bCs/>
          <w:color w:val="auto"/>
          <w:sz w:val="20"/>
          <w:szCs w:val="20"/>
        </w:rPr>
        <w:t xml:space="preserve"> </w:t>
      </w:r>
      <w:r w:rsidR="00C50DFA" w:rsidRPr="00C50DFA">
        <w:rPr>
          <w:rFonts w:cs="Arial"/>
          <w:b w:val="0"/>
          <w:bCs/>
          <w:color w:val="auto"/>
          <w:sz w:val="20"/>
          <w:szCs w:val="20"/>
          <w:lang w:val="en-GB"/>
        </w:rPr>
        <w:t>I am currently enrolled as a PhD candidate at the institution listed above.</w:t>
      </w:r>
    </w:p>
    <w:p w14:paraId="471FC10C" w14:textId="5FB66690" w:rsidR="00C50DFA" w:rsidRPr="00C50DFA" w:rsidRDefault="00000000" w:rsidP="001E1D8D">
      <w:pPr>
        <w:spacing w:after="0" w:line="240" w:lineRule="auto"/>
        <w:rPr>
          <w:lang w:val="en-GB"/>
        </w:rPr>
      </w:pPr>
      <w:sdt>
        <w:sdtPr>
          <w:rPr>
            <w:rFonts w:cs="Arial"/>
            <w:b/>
            <w:bCs/>
            <w:color w:val="168BC4"/>
            <w:sz w:val="28"/>
            <w:szCs w:val="28"/>
          </w:rPr>
          <w:id w:val="-958338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1D8D">
            <w:rPr>
              <w:rFonts w:ascii="MS Gothic" w:eastAsia="MS Gothic" w:hAnsi="MS Gothic" w:cs="Arial" w:hint="eastAsia"/>
              <w:b/>
              <w:bCs/>
              <w:color w:val="168BC4"/>
              <w:sz w:val="28"/>
              <w:szCs w:val="28"/>
            </w:rPr>
            <w:t>☐</w:t>
          </w:r>
        </w:sdtContent>
      </w:sdt>
      <w:r w:rsidR="00C50DFA">
        <w:rPr>
          <w:rFonts w:cs="Arial"/>
          <w:b/>
          <w:bCs/>
          <w:color w:val="auto"/>
          <w:szCs w:val="20"/>
        </w:rPr>
        <w:t xml:space="preserve"> </w:t>
      </w:r>
      <w:r w:rsidR="00C50DFA" w:rsidRPr="001C3F7F">
        <w:rPr>
          <w:lang w:val="en-GB"/>
        </w:rPr>
        <w:t>I am the presenting author of the submitted abstract.</w:t>
      </w:r>
    </w:p>
    <w:p w14:paraId="77FE5F9B" w14:textId="271F95E8" w:rsidR="00C50DFA" w:rsidRPr="00C50DFA" w:rsidRDefault="00000000" w:rsidP="001E1D8D">
      <w:pPr>
        <w:pStyle w:val="EAAMHeading2"/>
        <w:spacing w:after="0" w:line="240" w:lineRule="auto"/>
        <w:rPr>
          <w:rFonts w:cs="Arial"/>
          <w:b w:val="0"/>
          <w:bCs/>
          <w:color w:val="auto"/>
          <w:sz w:val="20"/>
          <w:szCs w:val="20"/>
        </w:rPr>
      </w:pPr>
      <w:sdt>
        <w:sdtPr>
          <w:rPr>
            <w:rFonts w:cs="Arial"/>
            <w:b w:val="0"/>
            <w:bCs/>
            <w:szCs w:val="28"/>
          </w:rPr>
          <w:id w:val="13502904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0DFA" w:rsidRPr="00C50DFA">
            <w:rPr>
              <w:rFonts w:ascii="MS Gothic" w:eastAsia="MS Gothic" w:hAnsi="MS Gothic" w:cs="Arial" w:hint="eastAsia"/>
              <w:b w:val="0"/>
              <w:bCs/>
              <w:szCs w:val="28"/>
            </w:rPr>
            <w:t>☐</w:t>
          </w:r>
        </w:sdtContent>
      </w:sdt>
      <w:r w:rsidR="00C50DFA">
        <w:rPr>
          <w:rFonts w:cs="Arial"/>
          <w:b w:val="0"/>
          <w:bCs/>
          <w:color w:val="auto"/>
          <w:sz w:val="20"/>
          <w:szCs w:val="20"/>
        </w:rPr>
        <w:t xml:space="preserve"> </w:t>
      </w:r>
      <w:r w:rsidR="001E1D8D" w:rsidRPr="001E1D8D">
        <w:rPr>
          <w:rFonts w:cs="Arial"/>
          <w:b w:val="0"/>
          <w:bCs/>
          <w:color w:val="auto"/>
          <w:sz w:val="20"/>
          <w:szCs w:val="20"/>
          <w:lang w:val="en-GB"/>
        </w:rPr>
        <w:t>The research presented is substantially my own work and contribution</w:t>
      </w:r>
      <w:r w:rsidR="00C50DFA" w:rsidRPr="00C50DFA">
        <w:rPr>
          <w:rFonts w:cs="Arial"/>
          <w:b w:val="0"/>
          <w:bCs/>
          <w:color w:val="auto"/>
          <w:sz w:val="20"/>
          <w:szCs w:val="20"/>
          <w:lang w:val="en-GB"/>
        </w:rPr>
        <w:t>.</w:t>
      </w:r>
    </w:p>
    <w:p w14:paraId="3A4E31DD" w14:textId="77777777" w:rsidR="001E1D8D" w:rsidRPr="00C50DFA" w:rsidRDefault="00000000" w:rsidP="001E1D8D">
      <w:pPr>
        <w:pStyle w:val="EAAMHeading2"/>
        <w:spacing w:after="0" w:line="240" w:lineRule="auto"/>
        <w:rPr>
          <w:rFonts w:cs="Arial"/>
          <w:b w:val="0"/>
          <w:bCs/>
          <w:color w:val="auto"/>
          <w:sz w:val="20"/>
          <w:szCs w:val="20"/>
        </w:rPr>
      </w:pPr>
      <w:sdt>
        <w:sdtPr>
          <w:rPr>
            <w:rFonts w:cs="Arial"/>
            <w:b w:val="0"/>
            <w:bCs/>
            <w:szCs w:val="28"/>
          </w:rPr>
          <w:id w:val="-380864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1D8D" w:rsidRPr="00C50DFA">
            <w:rPr>
              <w:rFonts w:ascii="MS Gothic" w:eastAsia="MS Gothic" w:hAnsi="MS Gothic" w:cs="Arial" w:hint="eastAsia"/>
              <w:b w:val="0"/>
              <w:bCs/>
              <w:szCs w:val="28"/>
            </w:rPr>
            <w:t>☐</w:t>
          </w:r>
        </w:sdtContent>
      </w:sdt>
      <w:r w:rsidR="001E1D8D">
        <w:rPr>
          <w:rFonts w:cs="Arial"/>
          <w:b w:val="0"/>
          <w:bCs/>
          <w:color w:val="auto"/>
          <w:sz w:val="20"/>
          <w:szCs w:val="20"/>
        </w:rPr>
        <w:t xml:space="preserve"> </w:t>
      </w:r>
      <w:r w:rsidR="001E1D8D" w:rsidRPr="001E1D8D">
        <w:rPr>
          <w:rFonts w:cs="Arial"/>
          <w:b w:val="0"/>
          <w:bCs/>
          <w:color w:val="auto"/>
          <w:sz w:val="20"/>
          <w:szCs w:val="20"/>
          <w:lang w:val="en-GB"/>
        </w:rPr>
        <w:t>All information provided in support of this application is true and accurate</w:t>
      </w:r>
      <w:r w:rsidR="001E1D8D" w:rsidRPr="00C50DFA">
        <w:rPr>
          <w:rFonts w:cs="Arial"/>
          <w:b w:val="0"/>
          <w:bCs/>
          <w:color w:val="auto"/>
          <w:sz w:val="20"/>
          <w:szCs w:val="20"/>
          <w:lang w:val="en-GB"/>
        </w:rPr>
        <w:t>.</w:t>
      </w:r>
    </w:p>
    <w:p w14:paraId="226031C5" w14:textId="7358A158" w:rsidR="001E1D8D" w:rsidRDefault="00000000" w:rsidP="001E1D8D">
      <w:pPr>
        <w:pStyle w:val="EAAMHeading2"/>
        <w:spacing w:after="0" w:line="240" w:lineRule="auto"/>
        <w:rPr>
          <w:rFonts w:cs="Arial"/>
          <w:b w:val="0"/>
          <w:bCs/>
          <w:color w:val="auto"/>
          <w:sz w:val="20"/>
          <w:szCs w:val="20"/>
        </w:rPr>
      </w:pPr>
      <w:sdt>
        <w:sdtPr>
          <w:rPr>
            <w:rFonts w:cs="Arial"/>
            <w:b w:val="0"/>
            <w:bCs/>
            <w:szCs w:val="28"/>
          </w:rPr>
          <w:id w:val="-910771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1D8D" w:rsidRPr="00C50DFA">
            <w:rPr>
              <w:rFonts w:ascii="MS Gothic" w:eastAsia="MS Gothic" w:hAnsi="MS Gothic" w:cs="Arial" w:hint="eastAsia"/>
              <w:b w:val="0"/>
              <w:bCs/>
              <w:szCs w:val="28"/>
            </w:rPr>
            <w:t>☐</w:t>
          </w:r>
        </w:sdtContent>
      </w:sdt>
      <w:r w:rsidR="001E1D8D">
        <w:rPr>
          <w:rFonts w:cs="Arial"/>
          <w:b w:val="0"/>
          <w:bCs/>
          <w:color w:val="auto"/>
          <w:sz w:val="20"/>
          <w:szCs w:val="20"/>
        </w:rPr>
        <w:t xml:space="preserve"> </w:t>
      </w:r>
      <w:r w:rsidR="001E1D8D" w:rsidRPr="001E1D8D">
        <w:rPr>
          <w:rFonts w:cs="Arial"/>
          <w:b w:val="0"/>
          <w:bCs/>
          <w:color w:val="auto"/>
          <w:sz w:val="20"/>
          <w:szCs w:val="20"/>
          <w:lang w:val="en-GB"/>
        </w:rPr>
        <w:t>I understand that the Scientific Committee may request additional documentation to verify my eligibility</w:t>
      </w:r>
      <w:r w:rsidR="001E1D8D" w:rsidRPr="00C50DFA">
        <w:rPr>
          <w:rFonts w:cs="Arial"/>
          <w:b w:val="0"/>
          <w:bCs/>
          <w:color w:val="auto"/>
          <w:sz w:val="20"/>
          <w:szCs w:val="20"/>
          <w:lang w:val="en-GB"/>
        </w:rPr>
        <w:t>.</w:t>
      </w:r>
    </w:p>
    <w:p w14:paraId="46FB0D56" w14:textId="24D6887C" w:rsidR="001E1D8D" w:rsidRDefault="001E1D8D">
      <w:pPr>
        <w:spacing w:after="200" w:line="276" w:lineRule="auto"/>
        <w:rPr>
          <w:rFonts w:cs="Arial"/>
          <w:bCs/>
          <w:color w:val="auto"/>
          <w:szCs w:val="20"/>
        </w:rPr>
      </w:pPr>
      <w:r>
        <w:rPr>
          <w:rFonts w:cs="Arial"/>
          <w:b/>
          <w:bCs/>
          <w:color w:val="auto"/>
          <w:szCs w:val="20"/>
        </w:rPr>
        <w:br w:type="page"/>
      </w:r>
    </w:p>
    <w:p w14:paraId="3EAA1E5D" w14:textId="77777777" w:rsidR="001E1D8D" w:rsidRDefault="001E1D8D">
      <w:pPr>
        <w:pStyle w:val="EAAMBullet"/>
        <w:spacing w:after="20"/>
        <w:rPr>
          <w:b/>
          <w:color w:val="168BC4"/>
          <w:sz w:val="28"/>
        </w:rPr>
      </w:pPr>
    </w:p>
    <w:p w14:paraId="5FF6EAC5" w14:textId="2B42D9CC" w:rsidR="001E1D8D" w:rsidRDefault="001E1D8D" w:rsidP="001E1D8D">
      <w:pPr>
        <w:pStyle w:val="EAAMBullet"/>
        <w:spacing w:after="20"/>
        <w:ind w:left="0" w:firstLine="0"/>
        <w:rPr>
          <w:b/>
          <w:color w:val="168BC4"/>
          <w:sz w:val="28"/>
        </w:rPr>
      </w:pPr>
      <w:r w:rsidRPr="001E1D8D">
        <w:rPr>
          <w:b/>
          <w:color w:val="168BC4"/>
          <w:sz w:val="28"/>
        </w:rPr>
        <w:t>Supervisor Confirmation</w:t>
      </w:r>
    </w:p>
    <w:p w14:paraId="61CC630C" w14:textId="59E321F5" w:rsidR="001E1D8D" w:rsidRDefault="001E1D8D" w:rsidP="001E1D8D">
      <w:pPr>
        <w:spacing w:after="160"/>
        <w:rPr>
          <w:lang w:val="en-GB"/>
        </w:rPr>
      </w:pPr>
      <w:r w:rsidRPr="001C3F7F">
        <w:rPr>
          <w:lang w:val="en-GB"/>
        </w:rPr>
        <w:t xml:space="preserve">I hereby </w:t>
      </w:r>
      <w:r>
        <w:rPr>
          <w:lang w:val="en-GB"/>
        </w:rPr>
        <w:t>confirm</w:t>
      </w:r>
      <w:r w:rsidRPr="001C3F7F">
        <w:rPr>
          <w:lang w:val="en-GB"/>
        </w:rPr>
        <w:t xml:space="preserve"> that:</w:t>
      </w:r>
    </w:p>
    <w:p w14:paraId="77DC6500" w14:textId="127C7477" w:rsidR="001E1D8D" w:rsidRPr="00C50DFA" w:rsidRDefault="00000000" w:rsidP="001E1D8D">
      <w:pPr>
        <w:pStyle w:val="EAAMHeading2"/>
        <w:spacing w:after="0" w:line="240" w:lineRule="auto"/>
        <w:rPr>
          <w:rFonts w:cs="Arial"/>
          <w:b w:val="0"/>
          <w:bCs/>
          <w:color w:val="auto"/>
          <w:sz w:val="20"/>
          <w:szCs w:val="20"/>
        </w:rPr>
      </w:pPr>
      <w:sdt>
        <w:sdtPr>
          <w:rPr>
            <w:rFonts w:cs="Arial"/>
            <w:b w:val="0"/>
            <w:bCs/>
            <w:szCs w:val="28"/>
          </w:rPr>
          <w:id w:val="-99410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1D8D" w:rsidRPr="00C50DFA">
            <w:rPr>
              <w:rFonts w:ascii="MS Gothic" w:eastAsia="MS Gothic" w:hAnsi="MS Gothic" w:cs="Arial" w:hint="eastAsia"/>
              <w:b w:val="0"/>
              <w:bCs/>
              <w:szCs w:val="28"/>
            </w:rPr>
            <w:t>☐</w:t>
          </w:r>
        </w:sdtContent>
      </w:sdt>
      <w:r w:rsidR="001E1D8D">
        <w:rPr>
          <w:rFonts w:cs="Arial"/>
          <w:b w:val="0"/>
          <w:bCs/>
          <w:color w:val="auto"/>
          <w:sz w:val="20"/>
          <w:szCs w:val="20"/>
        </w:rPr>
        <w:t xml:space="preserve"> </w:t>
      </w:r>
      <w:r w:rsidR="001E1D8D" w:rsidRPr="001E1D8D">
        <w:rPr>
          <w:rFonts w:cs="Arial"/>
          <w:b w:val="0"/>
          <w:bCs/>
          <w:color w:val="auto"/>
          <w:sz w:val="20"/>
          <w:szCs w:val="20"/>
          <w:lang w:val="en-GB"/>
        </w:rPr>
        <w:t>The applicant is currently enrolled as a PhD candidate under my supervision</w:t>
      </w:r>
      <w:r w:rsidR="001E1D8D" w:rsidRPr="00C50DFA">
        <w:rPr>
          <w:rFonts w:cs="Arial"/>
          <w:b w:val="0"/>
          <w:bCs/>
          <w:color w:val="auto"/>
          <w:sz w:val="20"/>
          <w:szCs w:val="20"/>
          <w:lang w:val="en-GB"/>
        </w:rPr>
        <w:t>.</w:t>
      </w:r>
    </w:p>
    <w:p w14:paraId="5D1BB1BA" w14:textId="667EE353" w:rsidR="001E1D8D" w:rsidRPr="00C50DFA" w:rsidRDefault="00000000" w:rsidP="001E1D8D">
      <w:pPr>
        <w:pStyle w:val="EAAMHeading2"/>
        <w:spacing w:after="0" w:line="240" w:lineRule="auto"/>
        <w:rPr>
          <w:rFonts w:cs="Arial"/>
          <w:b w:val="0"/>
          <w:bCs/>
          <w:color w:val="auto"/>
          <w:sz w:val="20"/>
          <w:szCs w:val="20"/>
        </w:rPr>
      </w:pPr>
      <w:sdt>
        <w:sdtPr>
          <w:rPr>
            <w:rFonts w:cs="Arial"/>
            <w:b w:val="0"/>
            <w:bCs/>
            <w:szCs w:val="28"/>
          </w:rPr>
          <w:id w:val="-2100621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1D8D" w:rsidRPr="00C50DFA">
            <w:rPr>
              <w:rFonts w:ascii="MS Gothic" w:eastAsia="MS Gothic" w:hAnsi="MS Gothic" w:cs="Arial" w:hint="eastAsia"/>
              <w:b w:val="0"/>
              <w:bCs/>
              <w:szCs w:val="28"/>
            </w:rPr>
            <w:t>☐</w:t>
          </w:r>
        </w:sdtContent>
      </w:sdt>
      <w:r w:rsidR="001E1D8D">
        <w:rPr>
          <w:rFonts w:cs="Arial"/>
          <w:b w:val="0"/>
          <w:bCs/>
          <w:color w:val="auto"/>
          <w:sz w:val="20"/>
          <w:szCs w:val="20"/>
        </w:rPr>
        <w:t xml:space="preserve"> </w:t>
      </w:r>
      <w:r w:rsidR="001E1D8D" w:rsidRPr="001E1D8D">
        <w:rPr>
          <w:rFonts w:cs="Arial"/>
          <w:b w:val="0"/>
          <w:bCs/>
          <w:color w:val="auto"/>
          <w:sz w:val="20"/>
          <w:szCs w:val="20"/>
          <w:lang w:val="en-GB"/>
        </w:rPr>
        <w:t>The applicant has made a substantial contribution to the research described in the submitted abstract</w:t>
      </w:r>
      <w:r w:rsidR="001E1D8D" w:rsidRPr="00C50DFA">
        <w:rPr>
          <w:rFonts w:cs="Arial"/>
          <w:b w:val="0"/>
          <w:bCs/>
          <w:color w:val="auto"/>
          <w:sz w:val="20"/>
          <w:szCs w:val="20"/>
          <w:lang w:val="en-GB"/>
        </w:rPr>
        <w:t>.</w:t>
      </w:r>
    </w:p>
    <w:p w14:paraId="0A7E08D0" w14:textId="117E3D87" w:rsidR="001E1D8D" w:rsidRDefault="00000000" w:rsidP="001E1D8D">
      <w:pPr>
        <w:pStyle w:val="EAAMHeading2"/>
        <w:spacing w:after="0" w:line="240" w:lineRule="auto"/>
        <w:rPr>
          <w:rFonts w:cs="Arial"/>
          <w:b w:val="0"/>
          <w:bCs/>
          <w:color w:val="auto"/>
          <w:sz w:val="20"/>
          <w:szCs w:val="20"/>
        </w:rPr>
      </w:pPr>
      <w:sdt>
        <w:sdtPr>
          <w:rPr>
            <w:rFonts w:cs="Arial"/>
            <w:b w:val="0"/>
            <w:bCs/>
            <w:szCs w:val="28"/>
          </w:rPr>
          <w:id w:val="-1264994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1D8D" w:rsidRPr="00C50DFA">
            <w:rPr>
              <w:rFonts w:ascii="MS Gothic" w:eastAsia="MS Gothic" w:hAnsi="MS Gothic" w:cs="Arial" w:hint="eastAsia"/>
              <w:b w:val="0"/>
              <w:bCs/>
              <w:szCs w:val="28"/>
            </w:rPr>
            <w:t>☐</w:t>
          </w:r>
        </w:sdtContent>
      </w:sdt>
      <w:r w:rsidR="001E1D8D">
        <w:rPr>
          <w:rFonts w:cs="Arial"/>
          <w:b w:val="0"/>
          <w:bCs/>
          <w:color w:val="auto"/>
          <w:sz w:val="20"/>
          <w:szCs w:val="20"/>
        </w:rPr>
        <w:t xml:space="preserve"> </w:t>
      </w:r>
      <w:r w:rsidR="001E1D8D" w:rsidRPr="001E1D8D">
        <w:rPr>
          <w:rFonts w:cs="Arial"/>
          <w:b w:val="0"/>
          <w:bCs/>
          <w:color w:val="auto"/>
          <w:sz w:val="20"/>
          <w:szCs w:val="20"/>
          <w:lang w:val="en-GB"/>
        </w:rPr>
        <w:t>I support this application for an EAAM Student Prize and/or Participation Grant</w:t>
      </w:r>
      <w:r w:rsidR="001E1D8D" w:rsidRPr="00C50DFA">
        <w:rPr>
          <w:rFonts w:cs="Arial"/>
          <w:b w:val="0"/>
          <w:bCs/>
          <w:color w:val="auto"/>
          <w:sz w:val="20"/>
          <w:szCs w:val="20"/>
          <w:lang w:val="en-GB"/>
        </w:rPr>
        <w:t>.</w:t>
      </w:r>
    </w:p>
    <w:p w14:paraId="57233738" w14:textId="77777777" w:rsidR="001E1D8D" w:rsidRDefault="001E1D8D" w:rsidP="001E1D8D">
      <w:pPr>
        <w:spacing w:after="16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16"/>
        <w:gridCol w:w="5904"/>
      </w:tblGrid>
      <w:tr w:rsidR="001E1D8D" w14:paraId="042F1BD8" w14:textId="77777777" w:rsidTr="00084170">
        <w:trPr>
          <w:cantSplit/>
          <w:jc w:val="center"/>
        </w:trPr>
        <w:tc>
          <w:tcPr>
            <w:tcW w:w="3816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4F6F7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CB8D1FD" w14:textId="0C49F3DB" w:rsidR="001E1D8D" w:rsidRDefault="001E1D8D" w:rsidP="00084170">
            <w:r>
              <w:rPr>
                <w:b/>
                <w:szCs w:val="24"/>
              </w:rPr>
              <w:t>Supervisor Name</w:t>
            </w:r>
          </w:p>
        </w:tc>
        <w:sdt>
          <w:sdtPr>
            <w:rPr>
              <w:b/>
              <w:color w:val="8C5A00"/>
              <w:szCs w:val="24"/>
            </w:rPr>
            <w:id w:val="-877699641"/>
            <w:placeholder>
              <w:docPart w:val="E0C741CF953648FD96938B564CB4C0DC"/>
            </w:placeholder>
          </w:sdtPr>
          <w:sdtContent>
            <w:tc>
              <w:tcPr>
                <w:tcW w:w="5904" w:type="dxa"/>
                <w:tcBorders>
                  <w:top w:val="single" w:sz="4" w:space="0" w:color="D8E4E9"/>
                  <w:left w:val="single" w:sz="4" w:space="0" w:color="D8E4E9"/>
                  <w:bottom w:val="single" w:sz="4" w:space="0" w:color="D8E4E9"/>
                  <w:right w:val="single" w:sz="4" w:space="0" w:color="D8E4E9"/>
                </w:tcBorders>
                <w:shd w:val="clear" w:color="auto" w:fill="FFF4D6"/>
                <w:tcMar>
                  <w:top w:w="90" w:type="dxa"/>
                  <w:left w:w="130" w:type="dxa"/>
                  <w:bottom w:w="90" w:type="dxa"/>
                  <w:right w:w="130" w:type="dxa"/>
                </w:tcMar>
                <w:vAlign w:val="center"/>
              </w:tcPr>
              <w:p w14:paraId="495CB240" w14:textId="77777777" w:rsidR="001E1D8D" w:rsidRDefault="001E1D8D" w:rsidP="00084170">
                <w:pPr>
                  <w:jc w:val="center"/>
                </w:pPr>
                <w:r>
                  <w:rPr>
                    <w:b/>
                    <w:color w:val="8C5A00"/>
                    <w:szCs w:val="24"/>
                  </w:rPr>
                  <w:t xml:space="preserve">    </w:t>
                </w:r>
              </w:p>
            </w:tc>
          </w:sdtContent>
        </w:sdt>
      </w:tr>
      <w:tr w:rsidR="001E1D8D" w14:paraId="4132DD14" w14:textId="77777777" w:rsidTr="00084170">
        <w:trPr>
          <w:cantSplit/>
          <w:jc w:val="center"/>
        </w:trPr>
        <w:tc>
          <w:tcPr>
            <w:tcW w:w="3816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4F6F7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E4BD1BD" w14:textId="5675B05C" w:rsidR="001E1D8D" w:rsidRPr="001E1D8D" w:rsidRDefault="001E1D8D" w:rsidP="00084170">
            <w:pPr>
              <w:rPr>
                <w:szCs w:val="24"/>
              </w:rPr>
            </w:pPr>
            <w:r w:rsidRPr="001E1D8D">
              <w:rPr>
                <w:b/>
                <w:szCs w:val="24"/>
              </w:rPr>
              <w:t>Institution</w:t>
            </w:r>
          </w:p>
        </w:tc>
        <w:sdt>
          <w:sdtPr>
            <w:rPr>
              <w:b/>
              <w:color w:val="8C5A00"/>
              <w:szCs w:val="24"/>
            </w:rPr>
            <w:id w:val="-90166467"/>
            <w:placeholder>
              <w:docPart w:val="B9F56A32763B48A78284C379A162A1FA"/>
            </w:placeholder>
          </w:sdtPr>
          <w:sdtContent>
            <w:tc>
              <w:tcPr>
                <w:tcW w:w="5904" w:type="dxa"/>
                <w:tcBorders>
                  <w:top w:val="single" w:sz="4" w:space="0" w:color="D8E4E9"/>
                  <w:left w:val="single" w:sz="4" w:space="0" w:color="D8E4E9"/>
                  <w:bottom w:val="single" w:sz="4" w:space="0" w:color="D8E4E9"/>
                  <w:right w:val="single" w:sz="4" w:space="0" w:color="D8E4E9"/>
                </w:tcBorders>
                <w:shd w:val="clear" w:color="auto" w:fill="FFF4D6"/>
                <w:tcMar>
                  <w:top w:w="90" w:type="dxa"/>
                  <w:left w:w="130" w:type="dxa"/>
                  <w:bottom w:w="90" w:type="dxa"/>
                  <w:right w:w="130" w:type="dxa"/>
                </w:tcMar>
                <w:vAlign w:val="center"/>
              </w:tcPr>
              <w:p w14:paraId="5DB9EFD6" w14:textId="77777777" w:rsidR="001E1D8D" w:rsidRDefault="001E1D8D" w:rsidP="00084170">
                <w:pPr>
                  <w:jc w:val="center"/>
                </w:pPr>
                <w:r>
                  <w:rPr>
                    <w:b/>
                    <w:color w:val="8C5A00"/>
                    <w:szCs w:val="24"/>
                  </w:rPr>
                  <w:t xml:space="preserve">    </w:t>
                </w:r>
              </w:p>
            </w:tc>
          </w:sdtContent>
        </w:sdt>
      </w:tr>
      <w:tr w:rsidR="001E1D8D" w14:paraId="320733A9" w14:textId="77777777" w:rsidTr="00084170">
        <w:trPr>
          <w:cantSplit/>
          <w:jc w:val="center"/>
        </w:trPr>
        <w:tc>
          <w:tcPr>
            <w:tcW w:w="3816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4F6F7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4464086" w14:textId="77777777" w:rsidR="001E1D8D" w:rsidRDefault="001E1D8D" w:rsidP="00084170">
            <w:pPr>
              <w:rPr>
                <w:b/>
                <w:bCs/>
                <w:color w:val="auto"/>
                <w:szCs w:val="20"/>
              </w:rPr>
            </w:pPr>
            <w:r>
              <w:rPr>
                <w:b/>
                <w:bCs/>
                <w:color w:val="auto"/>
                <w:szCs w:val="20"/>
              </w:rPr>
              <w:t>Email</w:t>
            </w:r>
          </w:p>
        </w:tc>
        <w:sdt>
          <w:sdtPr>
            <w:rPr>
              <w:b/>
              <w:color w:val="8C5A00"/>
              <w:szCs w:val="24"/>
            </w:rPr>
            <w:id w:val="-1467196894"/>
            <w:placeholder>
              <w:docPart w:val="D9A83B6B3EB94C4DB12B8CFF94551F57"/>
            </w:placeholder>
          </w:sdtPr>
          <w:sdtContent>
            <w:tc>
              <w:tcPr>
                <w:tcW w:w="5904" w:type="dxa"/>
                <w:tcBorders>
                  <w:top w:val="single" w:sz="4" w:space="0" w:color="D8E4E9"/>
                  <w:left w:val="single" w:sz="4" w:space="0" w:color="D8E4E9"/>
                  <w:bottom w:val="single" w:sz="4" w:space="0" w:color="D8E4E9"/>
                  <w:right w:val="single" w:sz="4" w:space="0" w:color="D8E4E9"/>
                </w:tcBorders>
                <w:shd w:val="clear" w:color="auto" w:fill="FFF4D6"/>
                <w:tcMar>
                  <w:top w:w="90" w:type="dxa"/>
                  <w:left w:w="130" w:type="dxa"/>
                  <w:bottom w:w="90" w:type="dxa"/>
                  <w:right w:w="130" w:type="dxa"/>
                </w:tcMar>
                <w:vAlign w:val="center"/>
              </w:tcPr>
              <w:p w14:paraId="76262FDD" w14:textId="77777777" w:rsidR="001E1D8D" w:rsidRDefault="001E1D8D" w:rsidP="00084170">
                <w:pPr>
                  <w:jc w:val="center"/>
                  <w:rPr>
                    <w:b/>
                    <w:color w:val="8C5A00"/>
                    <w:sz w:val="19"/>
                  </w:rPr>
                </w:pPr>
                <w:r>
                  <w:rPr>
                    <w:b/>
                    <w:color w:val="8C5A00"/>
                    <w:szCs w:val="24"/>
                  </w:rPr>
                  <w:t xml:space="preserve">    </w:t>
                </w:r>
              </w:p>
            </w:tc>
          </w:sdtContent>
        </w:sdt>
      </w:tr>
      <w:tr w:rsidR="001E1D8D" w14:paraId="74A6F0EB" w14:textId="77777777" w:rsidTr="00084170">
        <w:trPr>
          <w:cantSplit/>
          <w:jc w:val="center"/>
        </w:trPr>
        <w:tc>
          <w:tcPr>
            <w:tcW w:w="3816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4F6F7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955B655" w14:textId="67748007" w:rsidR="001E1D8D" w:rsidRDefault="001E1D8D" w:rsidP="00084170">
            <w:pPr>
              <w:rPr>
                <w:b/>
                <w:bCs/>
                <w:color w:val="auto"/>
                <w:szCs w:val="20"/>
              </w:rPr>
            </w:pPr>
            <w:r>
              <w:rPr>
                <w:b/>
                <w:bCs/>
                <w:color w:val="auto"/>
                <w:szCs w:val="20"/>
              </w:rPr>
              <w:t xml:space="preserve">Signature </w:t>
            </w:r>
          </w:p>
        </w:tc>
        <w:sdt>
          <w:sdtPr>
            <w:rPr>
              <w:b/>
              <w:color w:val="8C5A00"/>
              <w:szCs w:val="24"/>
            </w:rPr>
            <w:id w:val="599371619"/>
            <w:placeholder>
              <w:docPart w:val="B9AE2E80D0AB4DABB1D3AB4B50985C95"/>
            </w:placeholder>
          </w:sdtPr>
          <w:sdtContent>
            <w:tc>
              <w:tcPr>
                <w:tcW w:w="5904" w:type="dxa"/>
                <w:tcBorders>
                  <w:top w:val="single" w:sz="4" w:space="0" w:color="D8E4E9"/>
                  <w:left w:val="single" w:sz="4" w:space="0" w:color="D8E4E9"/>
                  <w:bottom w:val="single" w:sz="4" w:space="0" w:color="D8E4E9"/>
                  <w:right w:val="single" w:sz="4" w:space="0" w:color="D8E4E9"/>
                </w:tcBorders>
                <w:shd w:val="clear" w:color="auto" w:fill="FFF4D6"/>
                <w:tcMar>
                  <w:top w:w="90" w:type="dxa"/>
                  <w:left w:w="130" w:type="dxa"/>
                  <w:bottom w:w="90" w:type="dxa"/>
                  <w:right w:w="130" w:type="dxa"/>
                </w:tcMar>
                <w:vAlign w:val="center"/>
              </w:tcPr>
              <w:p w14:paraId="7BA5B5D9" w14:textId="77777777" w:rsidR="001E1D8D" w:rsidRDefault="001E1D8D" w:rsidP="00084170">
                <w:pPr>
                  <w:jc w:val="center"/>
                  <w:rPr>
                    <w:b/>
                    <w:color w:val="8C5A00"/>
                    <w:szCs w:val="24"/>
                  </w:rPr>
                </w:pPr>
              </w:p>
              <w:p w14:paraId="31B38EFE" w14:textId="77777777" w:rsidR="001E1D8D" w:rsidRDefault="001E1D8D" w:rsidP="00084170">
                <w:pPr>
                  <w:jc w:val="center"/>
                  <w:rPr>
                    <w:b/>
                    <w:color w:val="8C5A00"/>
                    <w:szCs w:val="24"/>
                  </w:rPr>
                </w:pPr>
                <w:r>
                  <w:rPr>
                    <w:b/>
                    <w:color w:val="8C5A00"/>
                    <w:szCs w:val="24"/>
                  </w:rPr>
                  <w:t xml:space="preserve"> </w:t>
                </w:r>
              </w:p>
              <w:p w14:paraId="4840AFD9" w14:textId="7B421885" w:rsidR="001E1D8D" w:rsidRDefault="001E1D8D" w:rsidP="00084170">
                <w:pPr>
                  <w:jc w:val="center"/>
                  <w:rPr>
                    <w:b/>
                    <w:color w:val="8C5A00"/>
                    <w:sz w:val="19"/>
                  </w:rPr>
                </w:pPr>
                <w:r>
                  <w:rPr>
                    <w:b/>
                    <w:color w:val="8C5A00"/>
                    <w:szCs w:val="24"/>
                  </w:rPr>
                  <w:t xml:space="preserve">   </w:t>
                </w:r>
              </w:p>
            </w:tc>
          </w:sdtContent>
        </w:sdt>
      </w:tr>
      <w:tr w:rsidR="001E1D8D" w14:paraId="2A0731EF" w14:textId="77777777" w:rsidTr="00084170">
        <w:trPr>
          <w:cantSplit/>
          <w:jc w:val="center"/>
        </w:trPr>
        <w:tc>
          <w:tcPr>
            <w:tcW w:w="3816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4F6F7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3756673" w14:textId="2A4389BA" w:rsidR="001E1D8D" w:rsidRDefault="001E1D8D" w:rsidP="00084170">
            <w:pPr>
              <w:rPr>
                <w:b/>
                <w:bCs/>
                <w:color w:val="auto"/>
                <w:szCs w:val="20"/>
              </w:rPr>
            </w:pPr>
            <w:r>
              <w:rPr>
                <w:b/>
                <w:bCs/>
                <w:color w:val="auto"/>
                <w:szCs w:val="20"/>
              </w:rPr>
              <w:t>Date</w:t>
            </w:r>
          </w:p>
        </w:tc>
        <w:sdt>
          <w:sdtPr>
            <w:rPr>
              <w:b/>
              <w:color w:val="8C5A00"/>
              <w:szCs w:val="24"/>
            </w:rPr>
            <w:id w:val="-1107884980"/>
            <w:placeholder>
              <w:docPart w:val="672C87A1CE7045EA91A3871D6593AF61"/>
            </w:placeholder>
          </w:sdtPr>
          <w:sdtContent>
            <w:tc>
              <w:tcPr>
                <w:tcW w:w="5904" w:type="dxa"/>
                <w:tcBorders>
                  <w:top w:val="single" w:sz="4" w:space="0" w:color="D8E4E9"/>
                  <w:left w:val="single" w:sz="4" w:space="0" w:color="D8E4E9"/>
                  <w:bottom w:val="single" w:sz="4" w:space="0" w:color="D8E4E9"/>
                  <w:right w:val="single" w:sz="4" w:space="0" w:color="D8E4E9"/>
                </w:tcBorders>
                <w:shd w:val="clear" w:color="auto" w:fill="FFF4D6"/>
                <w:tcMar>
                  <w:top w:w="90" w:type="dxa"/>
                  <w:left w:w="130" w:type="dxa"/>
                  <w:bottom w:w="90" w:type="dxa"/>
                  <w:right w:w="130" w:type="dxa"/>
                </w:tcMar>
                <w:vAlign w:val="center"/>
              </w:tcPr>
              <w:p w14:paraId="09E82605" w14:textId="4D597B4A" w:rsidR="001E1D8D" w:rsidRPr="001E1D8D" w:rsidRDefault="001E1D8D" w:rsidP="001E1D8D">
                <w:pPr>
                  <w:jc w:val="center"/>
                  <w:rPr>
                    <w:b/>
                    <w:color w:val="8C5A00"/>
                    <w:szCs w:val="24"/>
                  </w:rPr>
                </w:pPr>
                <w:r>
                  <w:rPr>
                    <w:b/>
                    <w:color w:val="8C5A00"/>
                    <w:szCs w:val="24"/>
                  </w:rPr>
                  <w:t xml:space="preserve">    </w:t>
                </w:r>
              </w:p>
            </w:tc>
          </w:sdtContent>
        </w:sdt>
      </w:tr>
    </w:tbl>
    <w:p w14:paraId="37434D34" w14:textId="77777777" w:rsidR="00866D7F" w:rsidRDefault="00866D7F">
      <w:pPr>
        <w:spacing w:after="60"/>
      </w:pPr>
    </w:p>
    <w:p w14:paraId="4276772C" w14:textId="77777777" w:rsidR="001E1D8D" w:rsidRPr="001E1D8D" w:rsidRDefault="001E1D8D" w:rsidP="001E1D8D">
      <w:pPr>
        <w:spacing w:after="160"/>
        <w:rPr>
          <w:b/>
          <w:color w:val="168BC4"/>
          <w:sz w:val="28"/>
        </w:rPr>
      </w:pPr>
      <w:r w:rsidRPr="001E1D8D">
        <w:rPr>
          <w:b/>
          <w:color w:val="168BC4"/>
          <w:sz w:val="28"/>
        </w:rPr>
        <w:t>Required Supporting Documents</w:t>
      </w:r>
    </w:p>
    <w:p w14:paraId="46217C29" w14:textId="77777777" w:rsidR="001E1D8D" w:rsidRPr="001E1D8D" w:rsidRDefault="001E1D8D" w:rsidP="001E1D8D">
      <w:pPr>
        <w:spacing w:after="60"/>
        <w:rPr>
          <w:lang w:val="en-GB"/>
        </w:rPr>
      </w:pPr>
      <w:r w:rsidRPr="001E1D8D">
        <w:rPr>
          <w:lang w:val="en-GB"/>
        </w:rPr>
        <w:t>Please submit:</w:t>
      </w:r>
    </w:p>
    <w:p w14:paraId="0DA503D8" w14:textId="77777777" w:rsidR="001E1D8D" w:rsidRPr="001E1D8D" w:rsidRDefault="001E1D8D" w:rsidP="001E1D8D">
      <w:pPr>
        <w:spacing w:after="60"/>
        <w:rPr>
          <w:lang w:val="en-GB"/>
        </w:rPr>
      </w:pPr>
      <w:r w:rsidRPr="001E1D8D">
        <w:rPr>
          <w:lang w:val="en-GB"/>
        </w:rPr>
        <w:t>•</w:t>
      </w:r>
      <w:r w:rsidRPr="001E1D8D">
        <w:rPr>
          <w:lang w:val="en-GB"/>
        </w:rPr>
        <w:tab/>
        <w:t>Copy of valid student identification card or official proof of enrolment.</w:t>
      </w:r>
    </w:p>
    <w:p w14:paraId="0E912BDF" w14:textId="77777777" w:rsidR="001E1D8D" w:rsidRPr="001E1D8D" w:rsidRDefault="001E1D8D" w:rsidP="001E1D8D">
      <w:pPr>
        <w:spacing w:after="60"/>
        <w:rPr>
          <w:lang w:val="en-GB"/>
        </w:rPr>
      </w:pPr>
      <w:r w:rsidRPr="001E1D8D">
        <w:rPr>
          <w:lang w:val="en-GB"/>
        </w:rPr>
        <w:t>•</w:t>
      </w:r>
      <w:r w:rsidRPr="001E1D8D">
        <w:rPr>
          <w:lang w:val="en-GB"/>
        </w:rPr>
        <w:tab/>
        <w:t>Letter of support from the PhD supervisor.</w:t>
      </w:r>
    </w:p>
    <w:p w14:paraId="45EF1C69" w14:textId="724CB88A" w:rsidR="001E1D8D" w:rsidRPr="001E1D8D" w:rsidRDefault="001E1D8D" w:rsidP="001E1D8D">
      <w:pPr>
        <w:spacing w:after="60"/>
        <w:rPr>
          <w:lang w:val="en-GB"/>
        </w:rPr>
      </w:pPr>
      <w:r w:rsidRPr="001E1D8D">
        <w:rPr>
          <w:lang w:val="en-GB"/>
        </w:rPr>
        <w:t>•</w:t>
      </w:r>
      <w:r w:rsidRPr="001E1D8D">
        <w:rPr>
          <w:lang w:val="en-GB"/>
        </w:rPr>
        <w:tab/>
        <w:t>Completed PhD Candidate Declaration Form.</w:t>
      </w:r>
    </w:p>
    <w:p w14:paraId="06133E1F" w14:textId="77777777" w:rsidR="001E1D8D" w:rsidRDefault="001E1D8D">
      <w:pPr>
        <w:spacing w:after="6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47"/>
      </w:tblGrid>
      <w:tr w:rsidR="00641DA1" w14:paraId="4DE91567" w14:textId="77777777">
        <w:trPr>
          <w:cantSplit/>
          <w:jc w:val="center"/>
        </w:trPr>
        <w:tc>
          <w:tcPr>
            <w:tcW w:w="9947" w:type="dxa"/>
            <w:tcBorders>
              <w:top w:val="single" w:sz="6" w:space="0" w:color="56C5B1"/>
              <w:left w:val="single" w:sz="6" w:space="0" w:color="56C5B1"/>
              <w:bottom w:val="single" w:sz="6" w:space="0" w:color="56C5B1"/>
              <w:right w:val="single" w:sz="6" w:space="0" w:color="56C5B1"/>
            </w:tcBorders>
            <w:shd w:val="clear" w:color="auto" w:fill="EAF8F5"/>
            <w:tcMar>
              <w:top w:w="145" w:type="dxa"/>
              <w:left w:w="180" w:type="dxa"/>
              <w:bottom w:w="145" w:type="dxa"/>
              <w:right w:w="180" w:type="dxa"/>
            </w:tcMar>
          </w:tcPr>
          <w:p w14:paraId="4E1EEDF2" w14:textId="77777777" w:rsidR="00641DA1" w:rsidRDefault="006755AA">
            <w:pPr>
              <w:jc w:val="center"/>
            </w:pPr>
            <w:r>
              <w:rPr>
                <w:b/>
                <w:color w:val="168BC4"/>
                <w:sz w:val="25"/>
              </w:rPr>
              <w:t>Ready to contribute?</w:t>
            </w:r>
          </w:p>
          <w:p w14:paraId="139B2D2A" w14:textId="5414A059" w:rsidR="00641DA1" w:rsidRDefault="001E1D8D">
            <w:pPr>
              <w:jc w:val="center"/>
            </w:pPr>
            <w:r>
              <w:rPr>
                <w:b/>
                <w:sz w:val="19"/>
              </w:rPr>
              <w:t xml:space="preserve">Online </w:t>
            </w:r>
            <w:r w:rsidR="006755AA">
              <w:rPr>
                <w:b/>
                <w:sz w:val="19"/>
              </w:rPr>
              <w:t xml:space="preserve">Submission link: </w:t>
            </w:r>
            <w:r w:rsidR="003321A2" w:rsidRPr="003321A2">
              <w:rPr>
                <w:b/>
                <w:color w:val="EE0000"/>
                <w:sz w:val="19"/>
              </w:rPr>
              <w:t>https://eaam.</w:t>
            </w:r>
            <w:r w:rsidR="003321A2">
              <w:rPr>
                <w:b/>
                <w:color w:val="EE0000"/>
                <w:sz w:val="19"/>
              </w:rPr>
              <w:t>be</w:t>
            </w:r>
            <w:r w:rsidR="003321A2" w:rsidRPr="003321A2">
              <w:rPr>
                <w:b/>
                <w:color w:val="EE0000"/>
                <w:sz w:val="19"/>
              </w:rPr>
              <w:t>/symposium/abstracts</w:t>
            </w:r>
          </w:p>
          <w:p w14:paraId="6E3B5208" w14:textId="426AFAD3" w:rsidR="00641DA1" w:rsidRDefault="00D318B2">
            <w:pPr>
              <w:spacing w:after="0"/>
              <w:jc w:val="center"/>
              <w:rPr>
                <w:b/>
                <w:color w:val="8C5A00"/>
                <w:sz w:val="19"/>
              </w:rPr>
            </w:pPr>
            <w:r w:rsidRPr="00D318B2">
              <w:rPr>
                <w:b/>
                <w:sz w:val="19"/>
              </w:rPr>
              <w:t>OR</w:t>
            </w:r>
            <w:r>
              <w:rPr>
                <w:b/>
                <w:sz w:val="19"/>
              </w:rPr>
              <w:t xml:space="preserve"> send an email to</w:t>
            </w:r>
            <w:r w:rsidR="006755AA">
              <w:rPr>
                <w:b/>
                <w:sz w:val="19"/>
              </w:rPr>
              <w:t xml:space="preserve">: </w:t>
            </w:r>
            <w:hyperlink r:id="rId8" w:history="1">
              <w:r w:rsidR="005A2BBC" w:rsidRPr="0084379C">
                <w:rPr>
                  <w:rStyle w:val="Hyperlink"/>
                  <w:b/>
                  <w:sz w:val="19"/>
                </w:rPr>
                <w:t>EAAM2027@proton.me</w:t>
              </w:r>
            </w:hyperlink>
            <w:r>
              <w:rPr>
                <w:b/>
                <w:color w:val="8C5A00"/>
                <w:sz w:val="19"/>
              </w:rPr>
              <w:t>,</w:t>
            </w:r>
            <w:r w:rsidR="005A2BBC">
              <w:rPr>
                <w:b/>
                <w:color w:val="8C5A00"/>
                <w:sz w:val="19"/>
              </w:rPr>
              <w:t xml:space="preserve"> </w:t>
            </w:r>
            <w:hyperlink r:id="rId9" w:history="1">
              <w:r w:rsidR="005A2BBC" w:rsidRPr="0084379C">
                <w:rPr>
                  <w:rStyle w:val="Hyperlink"/>
                  <w:b/>
                  <w:sz w:val="19"/>
                </w:rPr>
                <w:t>President_Elect@eaam.be</w:t>
              </w:r>
            </w:hyperlink>
            <w:r>
              <w:t xml:space="preserve"> &amp; </w:t>
            </w:r>
            <w:hyperlink r:id="rId10" w:tgtFrame="_blank" w:history="1">
              <w:r w:rsidRPr="00D318B2">
                <w:rPr>
                  <w:rStyle w:val="Hyperlink"/>
                  <w:b/>
                  <w:bCs/>
                </w:rPr>
                <w:t>aquaticmammals@gmail.com</w:t>
              </w:r>
            </w:hyperlink>
          </w:p>
          <w:p w14:paraId="43206C57" w14:textId="77549043" w:rsidR="005A2BBC" w:rsidRDefault="005A2BBC">
            <w:pPr>
              <w:spacing w:after="0"/>
              <w:jc w:val="center"/>
            </w:pPr>
          </w:p>
        </w:tc>
      </w:tr>
    </w:tbl>
    <w:p w14:paraId="4FD14385" w14:textId="77777777" w:rsidR="00D527FA" w:rsidRDefault="00D527FA">
      <w:pPr>
        <w:spacing w:before="140" w:after="0"/>
        <w:jc w:val="center"/>
        <w:rPr>
          <w:b/>
          <w:color w:val="56C5B1"/>
          <w:sz w:val="22"/>
        </w:rPr>
      </w:pPr>
    </w:p>
    <w:p w14:paraId="01E6FB6B" w14:textId="71A486B8" w:rsidR="00641DA1" w:rsidRDefault="006755AA">
      <w:pPr>
        <w:spacing w:before="140" w:after="0"/>
        <w:jc w:val="center"/>
      </w:pPr>
      <w:r>
        <w:rPr>
          <w:b/>
          <w:color w:val="56C5B1"/>
          <w:sz w:val="22"/>
        </w:rPr>
        <w:t>We look forward to welcoming your ideas, experience and research to Cesenatico!</w:t>
      </w:r>
    </w:p>
    <w:sectPr w:rsidR="00641DA1" w:rsidSect="00034616">
      <w:headerReference w:type="default" r:id="rId11"/>
      <w:footerReference w:type="default" r:id="rId12"/>
      <w:pgSz w:w="11905" w:h="16838"/>
      <w:pgMar w:top="792" w:right="979" w:bottom="792" w:left="979" w:header="288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06A11" w14:textId="77777777" w:rsidR="001F4D67" w:rsidRDefault="001F4D67">
      <w:pPr>
        <w:spacing w:after="0" w:line="240" w:lineRule="auto"/>
      </w:pPr>
      <w:r>
        <w:separator/>
      </w:r>
    </w:p>
  </w:endnote>
  <w:endnote w:type="continuationSeparator" w:id="0">
    <w:p w14:paraId="349270CC" w14:textId="77777777" w:rsidR="001F4D67" w:rsidRDefault="001F4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3171" w14:textId="77777777" w:rsidR="00641DA1" w:rsidRDefault="006755AA">
    <w:pPr>
      <w:pStyle w:val="Voettekst"/>
      <w:jc w:val="center"/>
    </w:pPr>
    <w:r>
      <w:rPr>
        <w:color w:val="52656F"/>
        <w:sz w:val="16"/>
      </w:rPr>
      <w:t>EAAM 55th Symposium  |  Cesenatico, Italy  |  2-5 March 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ACBAF" w14:textId="77777777" w:rsidR="001F4D67" w:rsidRDefault="001F4D67">
      <w:pPr>
        <w:spacing w:after="0" w:line="240" w:lineRule="auto"/>
      </w:pPr>
      <w:r>
        <w:separator/>
      </w:r>
    </w:p>
  </w:footnote>
  <w:footnote w:type="continuationSeparator" w:id="0">
    <w:p w14:paraId="4EE55110" w14:textId="77777777" w:rsidR="001F4D67" w:rsidRDefault="001F4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23FC7" w14:textId="56FB57F3" w:rsidR="00E27AF4" w:rsidRDefault="00E27AF4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64C31C" wp14:editId="009132C1">
          <wp:simplePos x="0" y="0"/>
          <wp:positionH relativeFrom="column">
            <wp:posOffset>2584450</wp:posOffset>
          </wp:positionH>
          <wp:positionV relativeFrom="paragraph">
            <wp:posOffset>-32385</wp:posOffset>
          </wp:positionV>
          <wp:extent cx="1225296" cy="1268208"/>
          <wp:effectExtent l="0" t="0" r="0" b="190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aam_logo_cropp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5296" cy="12682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782D4AAE" wp14:editId="0F2E7EF4">
          <wp:extent cx="1371600" cy="1313970"/>
          <wp:effectExtent l="0" t="0" r="0" b="0"/>
          <wp:docPr id="71476647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4766470" name="Picture 71476647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92830" cy="13343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2607ADD1" wp14:editId="0FA3E021">
          <wp:extent cx="716078" cy="1092200"/>
          <wp:effectExtent l="0" t="0" r="0" b="0"/>
          <wp:docPr id="29259825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598251" name="Picture 292598251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30632" cy="11143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665626"/>
    <w:multiLevelType w:val="hybridMultilevel"/>
    <w:tmpl w:val="CB724AC6"/>
    <w:lvl w:ilvl="0" w:tplc="9DDEEC3E">
      <w:start w:val="12"/>
      <w:numFmt w:val="bullet"/>
      <w:lvlText w:val=""/>
      <w:lvlJc w:val="left"/>
      <w:pPr>
        <w:ind w:left="519" w:hanging="360"/>
      </w:pPr>
      <w:rPr>
        <w:rFonts w:ascii="Symbol" w:eastAsia="Arial" w:hAnsi="Symbol" w:cstheme="minorBidi" w:hint="default"/>
        <w:color w:val="20343F"/>
        <w:sz w:val="19"/>
      </w:rPr>
    </w:lvl>
    <w:lvl w:ilvl="1" w:tplc="040C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num w:numId="1" w16cid:durableId="1965966350">
    <w:abstractNumId w:val="8"/>
  </w:num>
  <w:num w:numId="2" w16cid:durableId="1742096887">
    <w:abstractNumId w:val="6"/>
  </w:num>
  <w:num w:numId="3" w16cid:durableId="841776193">
    <w:abstractNumId w:val="5"/>
  </w:num>
  <w:num w:numId="4" w16cid:durableId="207765160">
    <w:abstractNumId w:val="4"/>
  </w:num>
  <w:num w:numId="5" w16cid:durableId="654647072">
    <w:abstractNumId w:val="7"/>
  </w:num>
  <w:num w:numId="6" w16cid:durableId="421612647">
    <w:abstractNumId w:val="3"/>
  </w:num>
  <w:num w:numId="7" w16cid:durableId="1100293782">
    <w:abstractNumId w:val="2"/>
  </w:num>
  <w:num w:numId="8" w16cid:durableId="1783065993">
    <w:abstractNumId w:val="1"/>
  </w:num>
  <w:num w:numId="9" w16cid:durableId="335961189">
    <w:abstractNumId w:val="0"/>
  </w:num>
  <w:num w:numId="10" w16cid:durableId="19163581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4411"/>
    <w:rsid w:val="000A67E1"/>
    <w:rsid w:val="0015074B"/>
    <w:rsid w:val="001E1D8D"/>
    <w:rsid w:val="001F26DE"/>
    <w:rsid w:val="001F4D67"/>
    <w:rsid w:val="0026771B"/>
    <w:rsid w:val="0029639D"/>
    <w:rsid w:val="00326F90"/>
    <w:rsid w:val="003321A2"/>
    <w:rsid w:val="003C6A7E"/>
    <w:rsid w:val="003E6453"/>
    <w:rsid w:val="004B4B1D"/>
    <w:rsid w:val="00532FE2"/>
    <w:rsid w:val="00561701"/>
    <w:rsid w:val="00574D94"/>
    <w:rsid w:val="005A2BBC"/>
    <w:rsid w:val="00641DA1"/>
    <w:rsid w:val="006755AA"/>
    <w:rsid w:val="007557A4"/>
    <w:rsid w:val="007F5C98"/>
    <w:rsid w:val="0080046D"/>
    <w:rsid w:val="0084605C"/>
    <w:rsid w:val="00866D7F"/>
    <w:rsid w:val="0089438E"/>
    <w:rsid w:val="00993F18"/>
    <w:rsid w:val="009B1518"/>
    <w:rsid w:val="009D3A4F"/>
    <w:rsid w:val="00AA1D8D"/>
    <w:rsid w:val="00B10FF3"/>
    <w:rsid w:val="00B209B7"/>
    <w:rsid w:val="00B47730"/>
    <w:rsid w:val="00B6353B"/>
    <w:rsid w:val="00B64908"/>
    <w:rsid w:val="00BD2880"/>
    <w:rsid w:val="00C3198E"/>
    <w:rsid w:val="00C50DFA"/>
    <w:rsid w:val="00CB0664"/>
    <w:rsid w:val="00CB485E"/>
    <w:rsid w:val="00D318B2"/>
    <w:rsid w:val="00D45D7D"/>
    <w:rsid w:val="00D527FA"/>
    <w:rsid w:val="00D81E90"/>
    <w:rsid w:val="00D926D1"/>
    <w:rsid w:val="00E27AF4"/>
    <w:rsid w:val="00EE64F7"/>
    <w:rsid w:val="00F212F1"/>
    <w:rsid w:val="00FC693F"/>
    <w:rsid w:val="00FD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90A0A6"/>
  <w14:defaultImageDpi w14:val="330"/>
  <w15:docId w15:val="{D165C6C2-4F0C-411D-87DD-DA8042C6A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pPr>
      <w:spacing w:after="100" w:line="259" w:lineRule="auto"/>
    </w:pPr>
    <w:rPr>
      <w:rFonts w:ascii="Arial" w:eastAsia="Arial" w:hAnsi="Arial"/>
      <w:color w:val="20343F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AAMHeading2">
    <w:name w:val="EAAM Heading 2"/>
    <w:pPr>
      <w:keepNext/>
    </w:pPr>
    <w:rPr>
      <w:rFonts w:ascii="Arial" w:eastAsia="Arial" w:hAnsi="Arial"/>
      <w:b/>
      <w:color w:val="168BC4"/>
      <w:sz w:val="28"/>
    </w:rPr>
  </w:style>
  <w:style w:type="paragraph" w:customStyle="1" w:styleId="EAAMBullet">
    <w:name w:val="EAAM Bullet"/>
    <w:pPr>
      <w:keepLines/>
      <w:spacing w:after="40" w:line="250" w:lineRule="auto"/>
      <w:ind w:left="389" w:hanging="230"/>
    </w:pPr>
    <w:rPr>
      <w:rFonts w:ascii="Arial" w:eastAsia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5A2BBC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A2BBC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FD42C6"/>
    <w:pPr>
      <w:spacing w:after="0" w:line="240" w:lineRule="auto"/>
    </w:pPr>
    <w:rPr>
      <w:rFonts w:ascii="Arial" w:eastAsia="Arial" w:hAnsi="Arial"/>
      <w:color w:val="20343F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D42C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D42C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D42C6"/>
    <w:rPr>
      <w:rFonts w:ascii="Arial" w:eastAsia="Arial" w:hAnsi="Arial"/>
      <w:color w:val="20343F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D42C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D42C6"/>
    <w:rPr>
      <w:rFonts w:ascii="Arial" w:eastAsia="Arial" w:hAnsi="Arial"/>
      <w:b/>
      <w:bCs/>
      <w:color w:val="20343F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94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9438E"/>
    <w:rPr>
      <w:rFonts w:ascii="Segoe UI" w:eastAsia="Arial" w:hAnsi="Segoe UI" w:cs="Segoe UI"/>
      <w:color w:val="20343F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C50DF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AAM2027@proton.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quaticmammal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esident_Elect@eaam.be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9860E1-B461-4EB8-AF50-28FA8725E646}"/>
      </w:docPartPr>
      <w:docPartBody>
        <w:p w:rsidR="00854304" w:rsidRDefault="00D972AE">
          <w:r w:rsidRPr="001A7D52">
            <w:rPr>
              <w:rStyle w:val="Tekstvantijdelijkeaanduiding"/>
            </w:rPr>
            <w:t>Cliquez ou appuyez ici pour entrer du texte.</w:t>
          </w:r>
        </w:p>
      </w:docPartBody>
    </w:docPart>
    <w:docPart>
      <w:docPartPr>
        <w:name w:val="108C825A55B34054B63955C66C0D50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C33505-413B-44E6-BC94-B21D3D22E2DD}"/>
      </w:docPartPr>
      <w:docPartBody>
        <w:p w:rsidR="00854304" w:rsidRDefault="00D972AE" w:rsidP="00D972AE">
          <w:pPr>
            <w:pStyle w:val="108C825A55B34054B63955C66C0D5088"/>
          </w:pPr>
          <w:r w:rsidRPr="001A7D52">
            <w:rPr>
              <w:rStyle w:val="Tekstvantijdelijkeaanduiding"/>
            </w:rPr>
            <w:t>Cliquez ou appuyez ici pour entrer du texte.</w:t>
          </w:r>
        </w:p>
      </w:docPartBody>
    </w:docPart>
    <w:docPart>
      <w:docPartPr>
        <w:name w:val="8F43AC709F054F748E7A045C2DCE50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9C53BB-A5EA-4188-9355-44A4EAB24193}"/>
      </w:docPartPr>
      <w:docPartBody>
        <w:p w:rsidR="00854304" w:rsidRDefault="00D972AE" w:rsidP="00D972AE">
          <w:pPr>
            <w:pStyle w:val="8F43AC709F054F748E7A045C2DCE5046"/>
          </w:pPr>
          <w:r w:rsidRPr="001A7D52">
            <w:rPr>
              <w:rStyle w:val="Tekstvantijdelijkeaanduiding"/>
            </w:rPr>
            <w:t>Cliquez ou appuyez ici pour entrer du texte.</w:t>
          </w:r>
        </w:p>
      </w:docPartBody>
    </w:docPart>
    <w:docPart>
      <w:docPartPr>
        <w:name w:val="71918BF0372D47A89BA7028C531D7F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395A37-8541-42F9-8319-AD4A64D9FCFA}"/>
      </w:docPartPr>
      <w:docPartBody>
        <w:p w:rsidR="00854304" w:rsidRDefault="00D972AE" w:rsidP="00D972AE">
          <w:pPr>
            <w:pStyle w:val="71918BF0372D47A89BA7028C531D7FDB"/>
          </w:pPr>
          <w:r w:rsidRPr="001A7D52">
            <w:rPr>
              <w:rStyle w:val="Tekstvantijdelijkeaanduiding"/>
            </w:rPr>
            <w:t>Cliquez ou appuyez ici pour entrer du texte.</w:t>
          </w:r>
        </w:p>
      </w:docPartBody>
    </w:docPart>
    <w:docPart>
      <w:docPartPr>
        <w:name w:val="75C9829693E54998BA3098A409374E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D287B4-5D56-466D-8D72-B2B5CDE32087}"/>
      </w:docPartPr>
      <w:docPartBody>
        <w:p w:rsidR="00854304" w:rsidRDefault="00D972AE" w:rsidP="00D972AE">
          <w:pPr>
            <w:pStyle w:val="75C9829693E54998BA3098A409374EDC"/>
          </w:pPr>
          <w:r w:rsidRPr="001A7D52">
            <w:rPr>
              <w:rStyle w:val="Tekstvantijdelijkeaanduiding"/>
            </w:rPr>
            <w:t>Cliquez ou appuyez ici pour entrer du texte.</w:t>
          </w:r>
        </w:p>
      </w:docPartBody>
    </w:docPart>
    <w:docPart>
      <w:docPartPr>
        <w:name w:val="C166BDCE631040309B23DBF79CD361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59AC6D-EFC2-4DE9-84E1-397AC5147AB0}"/>
      </w:docPartPr>
      <w:docPartBody>
        <w:p w:rsidR="00854304" w:rsidRDefault="00D972AE" w:rsidP="00D972AE">
          <w:pPr>
            <w:pStyle w:val="C166BDCE631040309B23DBF79CD36153"/>
          </w:pPr>
          <w:r w:rsidRPr="001A7D52">
            <w:rPr>
              <w:rStyle w:val="Tekstvantijdelijkeaanduiding"/>
            </w:rPr>
            <w:t>Cliquez ou appuyez ici pour entrer du texte.</w:t>
          </w:r>
        </w:p>
      </w:docPartBody>
    </w:docPart>
    <w:docPart>
      <w:docPartPr>
        <w:name w:val="90BF672BB66542628670E76A924CCD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DB3C29-A2B9-462E-A473-C5C03994E6E2}"/>
      </w:docPartPr>
      <w:docPartBody>
        <w:p w:rsidR="00854304" w:rsidRDefault="00D972AE" w:rsidP="00D972AE">
          <w:pPr>
            <w:pStyle w:val="90BF672BB66542628670E76A924CCD01"/>
          </w:pPr>
          <w:r w:rsidRPr="001A7D52">
            <w:rPr>
              <w:rStyle w:val="Tekstvantijdelijkeaanduiding"/>
            </w:rPr>
            <w:t>Cliquez ou appuyez ici pour entrer du texte.</w:t>
          </w:r>
        </w:p>
      </w:docPartBody>
    </w:docPart>
    <w:docPart>
      <w:docPartPr>
        <w:name w:val="E0C741CF953648FD96938B564CB4C0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FFA36C-E556-4D32-BDC8-FE46FA805F5E}"/>
      </w:docPartPr>
      <w:docPartBody>
        <w:p w:rsidR="00854304" w:rsidRDefault="00D972AE" w:rsidP="00D972AE">
          <w:pPr>
            <w:pStyle w:val="E0C741CF953648FD96938B564CB4C0DC"/>
          </w:pPr>
          <w:r w:rsidRPr="001A7D52">
            <w:rPr>
              <w:rStyle w:val="Tekstvantijdelijkeaanduiding"/>
            </w:rPr>
            <w:t>Cliquez ou appuyez ici pour entrer du texte.</w:t>
          </w:r>
        </w:p>
      </w:docPartBody>
    </w:docPart>
    <w:docPart>
      <w:docPartPr>
        <w:name w:val="B9F56A32763B48A78284C379A162A1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BEE50E-9C93-4F17-8167-D918D73AA560}"/>
      </w:docPartPr>
      <w:docPartBody>
        <w:p w:rsidR="00854304" w:rsidRDefault="00D972AE" w:rsidP="00D972AE">
          <w:pPr>
            <w:pStyle w:val="B9F56A32763B48A78284C379A162A1FA"/>
          </w:pPr>
          <w:r w:rsidRPr="001A7D52">
            <w:rPr>
              <w:rStyle w:val="Tekstvantijdelijkeaanduiding"/>
            </w:rPr>
            <w:t>Cliquez ou appuyez ici pour entrer du texte.</w:t>
          </w:r>
        </w:p>
      </w:docPartBody>
    </w:docPart>
    <w:docPart>
      <w:docPartPr>
        <w:name w:val="D9A83B6B3EB94C4DB12B8CFF94551F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A018D2-7A4B-4631-B226-36B00A67BF92}"/>
      </w:docPartPr>
      <w:docPartBody>
        <w:p w:rsidR="00854304" w:rsidRDefault="00D972AE" w:rsidP="00D972AE">
          <w:pPr>
            <w:pStyle w:val="D9A83B6B3EB94C4DB12B8CFF94551F57"/>
          </w:pPr>
          <w:r w:rsidRPr="001A7D52">
            <w:rPr>
              <w:rStyle w:val="Tekstvantijdelijkeaanduiding"/>
            </w:rPr>
            <w:t>Cliquez ou appuyez ici pour entrer du texte.</w:t>
          </w:r>
        </w:p>
      </w:docPartBody>
    </w:docPart>
    <w:docPart>
      <w:docPartPr>
        <w:name w:val="B9AE2E80D0AB4DABB1D3AB4B50985C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159DC3-098F-4687-AAA3-FC877BA248A3}"/>
      </w:docPartPr>
      <w:docPartBody>
        <w:p w:rsidR="00854304" w:rsidRDefault="00D972AE" w:rsidP="00D972AE">
          <w:pPr>
            <w:pStyle w:val="B9AE2E80D0AB4DABB1D3AB4B50985C95"/>
          </w:pPr>
          <w:r w:rsidRPr="001A7D52">
            <w:rPr>
              <w:rStyle w:val="Tekstvantijdelijkeaanduiding"/>
            </w:rPr>
            <w:t>Cliquez ou appuyez ici pour entrer du texte.</w:t>
          </w:r>
        </w:p>
      </w:docPartBody>
    </w:docPart>
    <w:docPart>
      <w:docPartPr>
        <w:name w:val="672C87A1CE7045EA91A3871D6593AF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54C204-7554-40A6-81C3-7944FA85B455}"/>
      </w:docPartPr>
      <w:docPartBody>
        <w:p w:rsidR="00854304" w:rsidRDefault="00D972AE" w:rsidP="00D972AE">
          <w:pPr>
            <w:pStyle w:val="672C87A1CE7045EA91A3871D6593AF61"/>
          </w:pPr>
          <w:r w:rsidRPr="001A7D52">
            <w:rPr>
              <w:rStyle w:val="Tekstvantijdelijkeaanduiding"/>
            </w:rPr>
            <w:t>Cliquez ou appuyez ici pour entrer du texte.</w:t>
          </w:r>
        </w:p>
      </w:docPartBody>
    </w:docPart>
    <w:docPart>
      <w:docPartPr>
        <w:name w:val="575C9BA1F106462AA95EE6D741A04A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B1E13C-5D3F-49C9-ABE6-294C45D19DFF}"/>
      </w:docPartPr>
      <w:docPartBody>
        <w:p w:rsidR="00854304" w:rsidRDefault="00D972AE" w:rsidP="00D972AE">
          <w:pPr>
            <w:pStyle w:val="575C9BA1F106462AA95EE6D741A04A16"/>
          </w:pPr>
          <w:r w:rsidRPr="001A7D52">
            <w:rPr>
              <w:rStyle w:val="Tekstvantijdelijkeaanduiding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2AE"/>
    <w:rsid w:val="001F26DE"/>
    <w:rsid w:val="004D7816"/>
    <w:rsid w:val="00574D94"/>
    <w:rsid w:val="0065673B"/>
    <w:rsid w:val="006B2A3C"/>
    <w:rsid w:val="00854304"/>
    <w:rsid w:val="00D972AE"/>
    <w:rsid w:val="00FE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972AE"/>
    <w:rPr>
      <w:color w:val="666666"/>
    </w:rPr>
  </w:style>
  <w:style w:type="paragraph" w:customStyle="1" w:styleId="108C825A55B34054B63955C66C0D5088">
    <w:name w:val="108C825A55B34054B63955C66C0D5088"/>
    <w:rsid w:val="00D972AE"/>
  </w:style>
  <w:style w:type="paragraph" w:customStyle="1" w:styleId="8F43AC709F054F748E7A045C2DCE5046">
    <w:name w:val="8F43AC709F054F748E7A045C2DCE5046"/>
    <w:rsid w:val="00D972AE"/>
  </w:style>
  <w:style w:type="paragraph" w:customStyle="1" w:styleId="71918BF0372D47A89BA7028C531D7FDB">
    <w:name w:val="71918BF0372D47A89BA7028C531D7FDB"/>
    <w:rsid w:val="00D972AE"/>
  </w:style>
  <w:style w:type="paragraph" w:customStyle="1" w:styleId="75C9829693E54998BA3098A409374EDC">
    <w:name w:val="75C9829693E54998BA3098A409374EDC"/>
    <w:rsid w:val="00D972AE"/>
  </w:style>
  <w:style w:type="paragraph" w:customStyle="1" w:styleId="C166BDCE631040309B23DBF79CD36153">
    <w:name w:val="C166BDCE631040309B23DBF79CD36153"/>
    <w:rsid w:val="00D972AE"/>
  </w:style>
  <w:style w:type="paragraph" w:customStyle="1" w:styleId="90BF672BB66542628670E76A924CCD01">
    <w:name w:val="90BF672BB66542628670E76A924CCD01"/>
    <w:rsid w:val="00D972AE"/>
  </w:style>
  <w:style w:type="paragraph" w:customStyle="1" w:styleId="E0C741CF953648FD96938B564CB4C0DC">
    <w:name w:val="E0C741CF953648FD96938B564CB4C0DC"/>
    <w:rsid w:val="00D972AE"/>
  </w:style>
  <w:style w:type="paragraph" w:customStyle="1" w:styleId="B9F56A32763B48A78284C379A162A1FA">
    <w:name w:val="B9F56A32763B48A78284C379A162A1FA"/>
    <w:rsid w:val="00D972AE"/>
  </w:style>
  <w:style w:type="paragraph" w:customStyle="1" w:styleId="D9A83B6B3EB94C4DB12B8CFF94551F57">
    <w:name w:val="D9A83B6B3EB94C4DB12B8CFF94551F57"/>
    <w:rsid w:val="00D972AE"/>
  </w:style>
  <w:style w:type="paragraph" w:customStyle="1" w:styleId="B9AE2E80D0AB4DABB1D3AB4B50985C95">
    <w:name w:val="B9AE2E80D0AB4DABB1D3AB4B50985C95"/>
    <w:rsid w:val="00D972AE"/>
  </w:style>
  <w:style w:type="paragraph" w:customStyle="1" w:styleId="672C87A1CE7045EA91A3871D6593AF61">
    <w:name w:val="672C87A1CE7045EA91A3871D6593AF61"/>
    <w:rsid w:val="00D972AE"/>
  </w:style>
  <w:style w:type="paragraph" w:customStyle="1" w:styleId="575C9BA1F106462AA95EE6D741A04A16">
    <w:name w:val="575C9BA1F106462AA95EE6D741A04A16"/>
    <w:rsid w:val="00D972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F40F87-9C9F-4C7E-B200-D09FA7E86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Call for Abstracts - 55th EAAM Symposium 2027</vt:lpstr>
      <vt:lpstr>Call for Abstracts - 55th EAAM Symposium 2027</vt:lpstr>
    </vt:vector>
  </TitlesOfParts>
  <Manager/>
  <Company/>
  <LinksUpToDate>false</LinksUpToDate>
  <CharactersWithSpaces>1879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Call for Abstracts - 55th EAAM Symposium 2027</dc:title>
  <dc:subject>European Association for Aquatic Mammals symposium abstract call</dc:subject>
  <dc:creator>European Association for Aquatic Mammals</dc:creator>
  <cp:keywords>EAAM, symposium, abstracts, Cesenatico, marine mammals</cp:keywords>
  <dc:description/>
  <cp:lastModifiedBy>Niels Minne</cp:lastModifiedBy>
  <cp:revision>5</cp:revision>
  <dcterms:created xsi:type="dcterms:W3CDTF">2026-09-15T11:32:00Z</dcterms:created>
  <dcterms:modified xsi:type="dcterms:W3CDTF">2026-09-16T07:42:00Z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fbabcc74-966a-4a82-b4bf-26b7ec6e0ffc</vt:lpwstr>
  </property>
</Properties>
</file>